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94240" w14:textId="2AA85DCC" w:rsidR="00BF715B" w:rsidRPr="003774A4" w:rsidRDefault="000E1228">
      <w:r w:rsidRPr="003774A4">
        <w:rPr>
          <w:noProof/>
          <w:color w:val="000000"/>
          <w:sz w:val="50"/>
        </w:rPr>
        <w:drawing>
          <wp:anchor distT="0" distB="0" distL="114300" distR="114300" simplePos="0" relativeHeight="251658246" behindDoc="0" locked="0" layoutInCell="1" allowOverlap="1" wp14:anchorId="17B1B354" wp14:editId="6D5C6FB5">
            <wp:simplePos x="0" y="0"/>
            <wp:positionH relativeFrom="column">
              <wp:posOffset>28575</wp:posOffset>
            </wp:positionH>
            <wp:positionV relativeFrom="paragraph">
              <wp:posOffset>-566420</wp:posOffset>
            </wp:positionV>
            <wp:extent cx="1028700" cy="1028700"/>
            <wp:effectExtent l="0" t="0" r="0" b="0"/>
            <wp:wrapNone/>
            <wp:docPr id="1424207642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207642" name="Afbeelding 142420764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72E762" w14:textId="45241658" w:rsidR="00C90E21" w:rsidRPr="003774A4" w:rsidRDefault="00C90E21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303"/>
        <w:gridCol w:w="3345"/>
      </w:tblGrid>
      <w:tr w:rsidR="00893F1A" w:rsidRPr="003774A4" w14:paraId="2F5D25D8" w14:textId="77777777">
        <w:trPr>
          <w:cantSplit/>
          <w:trHeight w:val="1502"/>
          <w:jc w:val="center"/>
        </w:trPr>
        <w:tc>
          <w:tcPr>
            <w:tcW w:w="123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6C64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5EDCA52" w14:textId="77777777" w:rsidR="00FF551C" w:rsidRDefault="00FF551C">
            <w:pPr>
              <w:spacing w:after="0" w:line="240" w:lineRule="auto"/>
              <w:rPr>
                <w:color w:val="000000"/>
                <w:sz w:val="50"/>
              </w:rPr>
            </w:pPr>
          </w:p>
          <w:p w14:paraId="76D44222" w14:textId="77777777" w:rsidR="00FF551C" w:rsidRDefault="00FF551C">
            <w:pPr>
              <w:spacing w:after="0" w:line="240" w:lineRule="auto"/>
              <w:rPr>
                <w:color w:val="000000"/>
                <w:sz w:val="50"/>
              </w:rPr>
            </w:pPr>
          </w:p>
          <w:p w14:paraId="3E38B160" w14:textId="77777777" w:rsidR="00FF551C" w:rsidRDefault="00FF551C">
            <w:pPr>
              <w:spacing w:after="0" w:line="240" w:lineRule="auto"/>
              <w:rPr>
                <w:color w:val="000000"/>
                <w:sz w:val="50"/>
              </w:rPr>
            </w:pPr>
          </w:p>
          <w:p w14:paraId="5902E80C" w14:textId="77777777" w:rsidR="00FF551C" w:rsidRDefault="00FF551C">
            <w:pPr>
              <w:spacing w:after="0" w:line="240" w:lineRule="auto"/>
              <w:rPr>
                <w:color w:val="000000"/>
                <w:sz w:val="50"/>
              </w:rPr>
            </w:pPr>
          </w:p>
          <w:p w14:paraId="100DBEAF" w14:textId="77777777" w:rsidR="00FF551C" w:rsidRDefault="00FF551C">
            <w:pPr>
              <w:spacing w:after="0" w:line="240" w:lineRule="auto"/>
              <w:rPr>
                <w:color w:val="000000"/>
                <w:sz w:val="50"/>
              </w:rPr>
            </w:pPr>
          </w:p>
          <w:p w14:paraId="6BD73810" w14:textId="004FCA3A" w:rsidR="00893F1A" w:rsidRPr="0084745F" w:rsidRDefault="008B1837">
            <w:pPr>
              <w:spacing w:after="0" w:line="240" w:lineRule="auto"/>
              <w:rPr>
                <w:b/>
                <w:bCs/>
                <w:color w:val="000000"/>
                <w:sz w:val="50"/>
              </w:rPr>
            </w:pPr>
            <w:r w:rsidRPr="003774A4">
              <w:rPr>
                <w:color w:val="000000"/>
                <w:sz w:val="50"/>
              </w:rPr>
              <w:t>Invulformulier</w:t>
            </w:r>
            <w:r w:rsidR="00FF551C">
              <w:rPr>
                <w:color w:val="000000"/>
                <w:sz w:val="50"/>
              </w:rPr>
              <w:t xml:space="preserve"> - </w:t>
            </w:r>
            <w:r w:rsidR="00FF551C" w:rsidRPr="0084745F">
              <w:rPr>
                <w:b/>
                <w:bCs/>
                <w:color w:val="000000"/>
                <w:sz w:val="50"/>
              </w:rPr>
              <w:t>DEEL 1</w:t>
            </w:r>
          </w:p>
          <w:p w14:paraId="1B336A56" w14:textId="77777777" w:rsidR="00FF551C" w:rsidRPr="003774A4" w:rsidRDefault="00FF551C">
            <w:pPr>
              <w:spacing w:after="0" w:line="240" w:lineRule="auto"/>
            </w:pPr>
          </w:p>
          <w:p w14:paraId="3A8EB45A" w14:textId="588D64B9" w:rsidR="00893F1A" w:rsidRDefault="008B1837">
            <w:pPr>
              <w:spacing w:after="0" w:line="240" w:lineRule="auto"/>
              <w:rPr>
                <w:color w:val="FFFFFF"/>
                <w:sz w:val="56"/>
                <w:szCs w:val="56"/>
              </w:rPr>
            </w:pPr>
            <w:r w:rsidRPr="003774A4">
              <w:rPr>
                <w:color w:val="FFFFFF"/>
                <w:sz w:val="56"/>
                <w:szCs w:val="56"/>
              </w:rPr>
              <w:t xml:space="preserve">Doe-activiteit voor </w:t>
            </w:r>
            <w:proofErr w:type="spellStart"/>
            <w:r w:rsidRPr="003774A4">
              <w:rPr>
                <w:color w:val="FFFFFF"/>
                <w:sz w:val="56"/>
                <w:szCs w:val="56"/>
              </w:rPr>
              <w:t>TechXplore</w:t>
            </w:r>
            <w:proofErr w:type="spellEnd"/>
            <w:r w:rsidR="00BF64F4" w:rsidRPr="003774A4">
              <w:rPr>
                <w:color w:val="FFFFFF"/>
                <w:sz w:val="56"/>
                <w:szCs w:val="56"/>
              </w:rPr>
              <w:t xml:space="preserve"> </w:t>
            </w:r>
            <w:r w:rsidR="00A02AE0" w:rsidRPr="003774A4">
              <w:rPr>
                <w:color w:val="FFFFFF"/>
                <w:sz w:val="56"/>
                <w:szCs w:val="56"/>
              </w:rPr>
              <w:t>event</w:t>
            </w:r>
          </w:p>
          <w:p w14:paraId="60E9BA72" w14:textId="77777777" w:rsidR="00FF551C" w:rsidRPr="003774A4" w:rsidRDefault="00FF551C">
            <w:pPr>
              <w:spacing w:after="0" w:line="240" w:lineRule="auto"/>
              <w:rPr>
                <w:sz w:val="56"/>
                <w:szCs w:val="56"/>
              </w:rPr>
            </w:pPr>
          </w:p>
          <w:p w14:paraId="3A40FB51" w14:textId="4F102367" w:rsidR="00893F1A" w:rsidRDefault="004D62C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774A4">
              <w:rPr>
                <w:color w:val="000000"/>
                <w:sz w:val="20"/>
                <w:szCs w:val="20"/>
              </w:rPr>
              <w:br/>
            </w:r>
            <w:r w:rsidR="008B1837" w:rsidRPr="003774A4">
              <w:rPr>
                <w:color w:val="000000"/>
                <w:sz w:val="20"/>
                <w:szCs w:val="20"/>
              </w:rPr>
              <w:t>Voor bedrijven en partners die een</w:t>
            </w:r>
            <w:r w:rsidR="00FF551C">
              <w:rPr>
                <w:color w:val="000000"/>
                <w:sz w:val="20"/>
                <w:szCs w:val="20"/>
              </w:rPr>
              <w:t xml:space="preserve"> doe-</w:t>
            </w:r>
            <w:r w:rsidR="008B1837" w:rsidRPr="003774A4">
              <w:rPr>
                <w:color w:val="000000"/>
                <w:sz w:val="20"/>
                <w:szCs w:val="20"/>
              </w:rPr>
              <w:t xml:space="preserve">activiteit aanbieden tijdens </w:t>
            </w:r>
            <w:r w:rsidR="00FF551C">
              <w:rPr>
                <w:color w:val="000000"/>
                <w:sz w:val="20"/>
                <w:szCs w:val="20"/>
              </w:rPr>
              <w:t xml:space="preserve">het </w:t>
            </w:r>
            <w:proofErr w:type="spellStart"/>
            <w:r w:rsidR="003774A4" w:rsidRPr="003774A4">
              <w:rPr>
                <w:color w:val="000000"/>
                <w:sz w:val="20"/>
                <w:szCs w:val="20"/>
              </w:rPr>
              <w:t>TechXplore</w:t>
            </w:r>
            <w:proofErr w:type="spellEnd"/>
            <w:r w:rsidR="003774A4" w:rsidRPr="003774A4">
              <w:rPr>
                <w:color w:val="000000"/>
                <w:sz w:val="20"/>
                <w:szCs w:val="20"/>
              </w:rPr>
              <w:t xml:space="preserve"> </w:t>
            </w:r>
            <w:r w:rsidR="00FF551C">
              <w:rPr>
                <w:color w:val="000000"/>
                <w:sz w:val="20"/>
                <w:szCs w:val="20"/>
              </w:rPr>
              <w:t xml:space="preserve">event </w:t>
            </w:r>
            <w:r w:rsidR="003774A4" w:rsidRPr="003774A4">
              <w:rPr>
                <w:color w:val="000000"/>
                <w:sz w:val="20"/>
                <w:szCs w:val="20"/>
              </w:rPr>
              <w:t>op 1,2 en 3 december</w:t>
            </w:r>
            <w:r w:rsidR="00FF551C">
              <w:rPr>
                <w:color w:val="000000"/>
                <w:sz w:val="20"/>
                <w:szCs w:val="20"/>
              </w:rPr>
              <w:t xml:space="preserve"> 2026</w:t>
            </w:r>
            <w:r w:rsidR="003774A4" w:rsidRPr="003774A4">
              <w:rPr>
                <w:color w:val="000000"/>
                <w:sz w:val="20"/>
                <w:szCs w:val="20"/>
              </w:rPr>
              <w:t xml:space="preserve"> op het terrein van Damen in Vlissingen aan de </w:t>
            </w:r>
            <w:r w:rsidR="00557B42">
              <w:rPr>
                <w:color w:val="000000"/>
                <w:sz w:val="20"/>
                <w:szCs w:val="20"/>
              </w:rPr>
              <w:t>Koningsweg 2 in Vlissingen</w:t>
            </w:r>
            <w:r w:rsidR="00FF551C">
              <w:rPr>
                <w:color w:val="000000"/>
                <w:sz w:val="20"/>
                <w:szCs w:val="20"/>
              </w:rPr>
              <w:t>.</w:t>
            </w:r>
          </w:p>
          <w:p w14:paraId="09A99649" w14:textId="77777777" w:rsidR="00FF551C" w:rsidRDefault="00FF55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0F14FB2" w14:textId="77777777" w:rsidR="00FF551C" w:rsidRDefault="00FF55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40D92DE7" w14:textId="77777777" w:rsidR="00FF551C" w:rsidRDefault="00FF55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D855058" w14:textId="77777777" w:rsidR="00FF551C" w:rsidRDefault="00FF55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2ED0979D" w14:textId="77777777" w:rsidR="00FF551C" w:rsidRDefault="00FF55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5DA6629" w14:textId="77777777" w:rsidR="00FF551C" w:rsidRDefault="00FF55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06CF2C8A" w14:textId="77777777" w:rsidR="00FF551C" w:rsidRDefault="00FF55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A6C7B05" w14:textId="77777777" w:rsidR="00FF551C" w:rsidRDefault="00FF55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0FA9A1F6" w14:textId="7A7F4DE4" w:rsidR="00FF551C" w:rsidRPr="003774A4" w:rsidRDefault="00FF551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3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31D40DC" w14:textId="77777777" w:rsidR="00FF551C" w:rsidRDefault="00FF551C">
            <w:pPr>
              <w:spacing w:after="0" w:line="240" w:lineRule="auto"/>
              <w:jc w:val="center"/>
            </w:pPr>
          </w:p>
          <w:p w14:paraId="576B1282" w14:textId="77777777" w:rsidR="00FF551C" w:rsidRDefault="00FF551C">
            <w:pPr>
              <w:spacing w:after="0" w:line="240" w:lineRule="auto"/>
              <w:jc w:val="center"/>
            </w:pPr>
          </w:p>
          <w:p w14:paraId="4D35BE35" w14:textId="77777777" w:rsidR="00FF551C" w:rsidRDefault="00FF551C">
            <w:pPr>
              <w:spacing w:after="0" w:line="240" w:lineRule="auto"/>
              <w:jc w:val="center"/>
            </w:pPr>
          </w:p>
          <w:p w14:paraId="4CFE037A" w14:textId="77777777" w:rsidR="00FF551C" w:rsidRDefault="00FF551C">
            <w:pPr>
              <w:spacing w:after="0" w:line="240" w:lineRule="auto"/>
              <w:jc w:val="center"/>
            </w:pPr>
          </w:p>
          <w:p w14:paraId="2A5C1D03" w14:textId="77777777" w:rsidR="00FF551C" w:rsidRDefault="00FF551C">
            <w:pPr>
              <w:spacing w:after="0" w:line="240" w:lineRule="auto"/>
              <w:jc w:val="center"/>
            </w:pPr>
          </w:p>
          <w:p w14:paraId="0D3FA7F6" w14:textId="77777777" w:rsidR="00FF551C" w:rsidRDefault="00FF551C">
            <w:pPr>
              <w:spacing w:after="0" w:line="240" w:lineRule="auto"/>
              <w:jc w:val="center"/>
            </w:pPr>
          </w:p>
          <w:p w14:paraId="3FEA42F7" w14:textId="77777777" w:rsidR="00FF551C" w:rsidRDefault="00FF551C">
            <w:pPr>
              <w:spacing w:after="0" w:line="240" w:lineRule="auto"/>
              <w:jc w:val="center"/>
            </w:pPr>
          </w:p>
          <w:p w14:paraId="6FE42318" w14:textId="77777777" w:rsidR="00FF551C" w:rsidRDefault="00FF551C">
            <w:pPr>
              <w:spacing w:after="0" w:line="240" w:lineRule="auto"/>
              <w:jc w:val="center"/>
            </w:pPr>
          </w:p>
          <w:p w14:paraId="79B715DB" w14:textId="78B9183F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noProof/>
              </w:rPr>
              <w:drawing>
                <wp:inline distT="0" distB="0" distL="0" distR="0" wp14:anchorId="1785AB74" wp14:editId="0CBF689C">
                  <wp:extent cx="1080000" cy="1056810"/>
                  <wp:effectExtent l="0" t="0" r="6350" b="0"/>
                  <wp:docPr id="1" name="Picture 1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>
                            <a:hlinkClick r:id="rId12"/>
                          </pic:cNvPr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56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101C25" w14:textId="77777777" w:rsidR="00893F1A" w:rsidRPr="00557B42" w:rsidRDefault="008B1837">
            <w:pPr>
              <w:spacing w:after="0" w:line="240" w:lineRule="auto"/>
              <w:jc w:val="center"/>
              <w:rPr>
                <w:color w:val="FFC000"/>
                <w:sz w:val="36"/>
                <w:szCs w:val="36"/>
              </w:rPr>
            </w:pPr>
            <w:r w:rsidRPr="00557B42">
              <w:rPr>
                <w:color w:val="FFC000"/>
                <w:sz w:val="36"/>
                <w:szCs w:val="36"/>
              </w:rPr>
              <w:t>Inspiratie nodig?</w:t>
            </w:r>
            <w:r w:rsidRPr="00557B42">
              <w:rPr>
                <w:color w:val="FFC000"/>
                <w:sz w:val="36"/>
                <w:szCs w:val="36"/>
              </w:rPr>
              <w:br/>
              <w:t>Scan de QR-code</w:t>
            </w:r>
          </w:p>
          <w:p w14:paraId="7FCE7B4D" w14:textId="6CA81CA7" w:rsidR="00F913DD" w:rsidRPr="003774A4" w:rsidRDefault="00F913DD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557B42">
              <w:rPr>
                <w:color w:val="FFC000"/>
                <w:sz w:val="36"/>
                <w:szCs w:val="36"/>
              </w:rPr>
              <w:t xml:space="preserve">Voor een </w:t>
            </w:r>
            <w:r w:rsidR="00412A7E" w:rsidRPr="00557B42">
              <w:rPr>
                <w:color w:val="FFC000"/>
                <w:sz w:val="36"/>
                <w:szCs w:val="36"/>
              </w:rPr>
              <w:t>inspiratie</w:t>
            </w:r>
            <w:r w:rsidRPr="00557B42">
              <w:rPr>
                <w:color w:val="FFC000"/>
                <w:sz w:val="36"/>
                <w:szCs w:val="36"/>
              </w:rPr>
              <w:t>video</w:t>
            </w:r>
          </w:p>
        </w:tc>
      </w:tr>
    </w:tbl>
    <w:p w14:paraId="0B0E43B2" w14:textId="77777777" w:rsidR="009645E9" w:rsidRPr="003774A4" w:rsidRDefault="009645E9" w:rsidP="009645E9">
      <w:pPr>
        <w:spacing w:after="60"/>
        <w:rPr>
          <w:b/>
          <w:bCs/>
          <w:color w:val="222222"/>
        </w:rPr>
      </w:pPr>
    </w:p>
    <w:p w14:paraId="734D5059" w14:textId="77777777" w:rsidR="00FF551C" w:rsidRDefault="00FF551C">
      <w:pPr>
        <w:rPr>
          <w:b/>
          <w:bCs/>
          <w:color w:val="222222"/>
          <w:sz w:val="24"/>
          <w:szCs w:val="24"/>
        </w:rPr>
      </w:pPr>
      <w:r>
        <w:rPr>
          <w:b/>
          <w:bCs/>
          <w:color w:val="222222"/>
          <w:sz w:val="24"/>
          <w:szCs w:val="24"/>
        </w:rPr>
        <w:br w:type="page"/>
      </w:r>
    </w:p>
    <w:p w14:paraId="15323B74" w14:textId="1C54910D" w:rsidR="009645E9" w:rsidRPr="003774A4" w:rsidRDefault="009645E9" w:rsidP="009645E9">
      <w:pPr>
        <w:spacing w:after="60"/>
        <w:rPr>
          <w:b/>
          <w:bCs/>
          <w:color w:val="222222"/>
          <w:sz w:val="24"/>
          <w:szCs w:val="24"/>
        </w:rPr>
      </w:pPr>
      <w:r w:rsidRPr="003774A4">
        <w:rPr>
          <w:b/>
          <w:bCs/>
          <w:color w:val="222222"/>
          <w:sz w:val="24"/>
          <w:szCs w:val="24"/>
        </w:rPr>
        <w:lastRenderedPageBreak/>
        <w:t>Introductie Deel 1</w:t>
      </w:r>
    </w:p>
    <w:p w14:paraId="537F5B5E" w14:textId="68CA05AD" w:rsidR="003774A4" w:rsidRPr="003774A4" w:rsidRDefault="00FF551C" w:rsidP="003774A4">
      <w:pPr>
        <w:spacing w:after="60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We willen u vragen dit formulier zo volledig mogelijk in te vullen, zodat wij inzicht krijgen in het doe-activiteiten aanbod tijdens</w:t>
      </w:r>
      <w:r w:rsidRPr="003774A4">
        <w:rPr>
          <w:color w:val="222222"/>
          <w:sz w:val="24"/>
          <w:szCs w:val="24"/>
        </w:rPr>
        <w:t xml:space="preserve"> </w:t>
      </w:r>
      <w:r>
        <w:rPr>
          <w:color w:val="222222"/>
          <w:sz w:val="24"/>
          <w:szCs w:val="24"/>
        </w:rPr>
        <w:t xml:space="preserve">het event. </w:t>
      </w:r>
      <w:r w:rsidR="003774A4" w:rsidRPr="003774A4">
        <w:rPr>
          <w:color w:val="222222"/>
          <w:sz w:val="24"/>
          <w:szCs w:val="24"/>
        </w:rPr>
        <w:t>Zo krijgen we goed zicht op de variatie, inhoud en inspirerende waarde van de activiteiten voor leerlingen uit vmbo, havo en vwo.</w:t>
      </w:r>
      <w:r w:rsidR="00557B42">
        <w:rPr>
          <w:color w:val="222222"/>
          <w:sz w:val="24"/>
          <w:szCs w:val="24"/>
        </w:rPr>
        <w:t xml:space="preserve"> </w:t>
      </w:r>
      <w:r w:rsidR="003774A4" w:rsidRPr="003774A4">
        <w:rPr>
          <w:color w:val="222222"/>
          <w:sz w:val="24"/>
          <w:szCs w:val="24"/>
        </w:rPr>
        <w:t xml:space="preserve">De informatie </w:t>
      </w:r>
      <w:r w:rsidR="00D3701E">
        <w:rPr>
          <w:color w:val="222222"/>
          <w:sz w:val="24"/>
          <w:szCs w:val="24"/>
        </w:rPr>
        <w:t xml:space="preserve">geeft </w:t>
      </w:r>
      <w:r w:rsidR="003774A4" w:rsidRPr="003774A4">
        <w:rPr>
          <w:color w:val="222222"/>
          <w:sz w:val="24"/>
          <w:szCs w:val="24"/>
        </w:rPr>
        <w:t xml:space="preserve">ons </w:t>
      </w:r>
      <w:r>
        <w:rPr>
          <w:color w:val="222222"/>
          <w:sz w:val="24"/>
          <w:szCs w:val="24"/>
        </w:rPr>
        <w:t xml:space="preserve">ook </w:t>
      </w:r>
      <w:r w:rsidR="00D3701E">
        <w:rPr>
          <w:color w:val="222222"/>
          <w:sz w:val="24"/>
          <w:szCs w:val="24"/>
        </w:rPr>
        <w:t xml:space="preserve">inzichten hoe we het event </w:t>
      </w:r>
      <w:r w:rsidR="003774A4" w:rsidRPr="003774A4">
        <w:rPr>
          <w:color w:val="222222"/>
          <w:sz w:val="24"/>
          <w:szCs w:val="24"/>
        </w:rPr>
        <w:t xml:space="preserve">passend, veilig en praktisch uitvoerbaar </w:t>
      </w:r>
      <w:r w:rsidR="00D3701E">
        <w:rPr>
          <w:color w:val="222222"/>
          <w:sz w:val="24"/>
          <w:szCs w:val="24"/>
        </w:rPr>
        <w:t>kunnen</w:t>
      </w:r>
      <w:r w:rsidR="003774A4" w:rsidRPr="003774A4">
        <w:rPr>
          <w:color w:val="222222"/>
          <w:sz w:val="24"/>
          <w:szCs w:val="24"/>
        </w:rPr>
        <w:t xml:space="preserve"> maken.</w:t>
      </w:r>
    </w:p>
    <w:p w14:paraId="57E11025" w14:textId="77777777" w:rsidR="003774A4" w:rsidRPr="003774A4" w:rsidRDefault="003774A4" w:rsidP="003774A4">
      <w:pPr>
        <w:spacing w:after="60"/>
        <w:rPr>
          <w:color w:val="222222"/>
          <w:sz w:val="24"/>
          <w:szCs w:val="24"/>
        </w:rPr>
      </w:pPr>
    </w:p>
    <w:p w14:paraId="74FE032C" w14:textId="27FE8204" w:rsidR="00A55644" w:rsidRPr="009C11C1" w:rsidRDefault="003774A4" w:rsidP="00A55644">
      <w:pPr>
        <w:spacing w:before="160"/>
        <w:rPr>
          <w:sz w:val="24"/>
          <w:szCs w:val="24"/>
        </w:rPr>
      </w:pPr>
      <w:r w:rsidRPr="003774A4">
        <w:rPr>
          <w:color w:val="222222"/>
          <w:sz w:val="24"/>
          <w:szCs w:val="24"/>
        </w:rPr>
        <w:t xml:space="preserve">Dit formulier is deel 1 van de inventarisatie en richt zich op de inhoudelijke uitwerking </w:t>
      </w:r>
      <w:r w:rsidR="00FF551C">
        <w:rPr>
          <w:color w:val="222222"/>
          <w:sz w:val="24"/>
          <w:szCs w:val="24"/>
        </w:rPr>
        <w:t>per</w:t>
      </w:r>
      <w:r w:rsidRPr="003774A4">
        <w:rPr>
          <w:color w:val="222222"/>
          <w:sz w:val="24"/>
          <w:szCs w:val="24"/>
        </w:rPr>
        <w:t xml:space="preserve"> </w:t>
      </w:r>
      <w:r w:rsidR="00FF551C">
        <w:rPr>
          <w:color w:val="222222"/>
          <w:sz w:val="24"/>
          <w:szCs w:val="24"/>
        </w:rPr>
        <w:t>doe-</w:t>
      </w:r>
      <w:r w:rsidRPr="003774A4">
        <w:rPr>
          <w:color w:val="222222"/>
          <w:sz w:val="24"/>
          <w:szCs w:val="24"/>
        </w:rPr>
        <w:t>activiteit per wereld</w:t>
      </w:r>
      <w:r w:rsidR="001B7AFF">
        <w:rPr>
          <w:color w:val="222222"/>
          <w:sz w:val="24"/>
          <w:szCs w:val="24"/>
        </w:rPr>
        <w:t>.</w:t>
      </w:r>
      <w:r w:rsidRPr="003774A4">
        <w:rPr>
          <w:color w:val="222222"/>
          <w:sz w:val="24"/>
          <w:szCs w:val="24"/>
        </w:rPr>
        <w:t xml:space="preserve"> </w:t>
      </w:r>
      <w:r w:rsidR="00FF551C" w:rsidRPr="003774A4">
        <w:rPr>
          <w:color w:val="222222"/>
          <w:sz w:val="24"/>
          <w:szCs w:val="24"/>
        </w:rPr>
        <w:t xml:space="preserve">Verzorg je meerdere </w:t>
      </w:r>
      <w:r w:rsidR="00FF551C">
        <w:rPr>
          <w:color w:val="222222"/>
          <w:sz w:val="24"/>
          <w:szCs w:val="24"/>
        </w:rPr>
        <w:t>doe-</w:t>
      </w:r>
      <w:r w:rsidR="00FF551C" w:rsidRPr="003774A4">
        <w:rPr>
          <w:color w:val="222222"/>
          <w:sz w:val="24"/>
          <w:szCs w:val="24"/>
        </w:rPr>
        <w:t>activiteiten? Vul dan voor iedere</w:t>
      </w:r>
      <w:r w:rsidR="00A55644">
        <w:rPr>
          <w:color w:val="222222"/>
          <w:sz w:val="24"/>
          <w:szCs w:val="24"/>
        </w:rPr>
        <w:t xml:space="preserve"> </w:t>
      </w:r>
      <w:r w:rsidR="00FF551C">
        <w:rPr>
          <w:color w:val="222222"/>
          <w:sz w:val="24"/>
          <w:szCs w:val="24"/>
        </w:rPr>
        <w:t>doe-</w:t>
      </w:r>
      <w:r w:rsidR="00FF551C" w:rsidRPr="003774A4">
        <w:rPr>
          <w:color w:val="222222"/>
          <w:sz w:val="24"/>
          <w:szCs w:val="24"/>
        </w:rPr>
        <w:t xml:space="preserve"> activiteit een apart formulier in. Zo houden we overzicht helder en </w:t>
      </w:r>
      <w:r w:rsidR="00FF551C">
        <w:rPr>
          <w:color w:val="222222"/>
          <w:sz w:val="24"/>
          <w:szCs w:val="24"/>
        </w:rPr>
        <w:t xml:space="preserve">kunnen we alles zo optimaal mogelijk </w:t>
      </w:r>
      <w:r w:rsidR="00FF551C" w:rsidRPr="009C11C1">
        <w:rPr>
          <w:sz w:val="24"/>
          <w:szCs w:val="24"/>
        </w:rPr>
        <w:t>organiseren.</w:t>
      </w:r>
      <w:r w:rsidR="00A55644" w:rsidRPr="009C11C1">
        <w:rPr>
          <w:sz w:val="24"/>
          <w:szCs w:val="24"/>
        </w:rPr>
        <w:t xml:space="preserve"> </w:t>
      </w:r>
    </w:p>
    <w:p w14:paraId="0FB62FE7" w14:textId="0F1E6648" w:rsidR="00FF551C" w:rsidRDefault="00A55644" w:rsidP="003774A4">
      <w:pPr>
        <w:spacing w:after="60"/>
        <w:rPr>
          <w:sz w:val="24"/>
          <w:szCs w:val="24"/>
        </w:rPr>
      </w:pPr>
      <w:r w:rsidRPr="009C11C1">
        <w:rPr>
          <w:sz w:val="24"/>
          <w:szCs w:val="24"/>
        </w:rPr>
        <w:t>Ons doel is om in september een volledig beeld te hebben van alle activiteiten. Daarom ontvangen wij het ingevulde formulier bij voorkeur vóór 1 september retour. Mocht dit niet haalbaar zijn, neem dan tijdig contact op met de betreffende wereldleider.</w:t>
      </w:r>
    </w:p>
    <w:p w14:paraId="177344C6" w14:textId="77777777" w:rsidR="009C11C1" w:rsidRPr="009C11C1" w:rsidRDefault="009C11C1" w:rsidP="003774A4">
      <w:pPr>
        <w:spacing w:after="60"/>
        <w:rPr>
          <w:sz w:val="24"/>
          <w:szCs w:val="24"/>
        </w:rPr>
      </w:pPr>
    </w:p>
    <w:p w14:paraId="703543F7" w14:textId="5ADDF2BD" w:rsidR="003774A4" w:rsidRPr="003774A4" w:rsidRDefault="003774A4" w:rsidP="003774A4">
      <w:pPr>
        <w:spacing w:after="60"/>
        <w:rPr>
          <w:color w:val="222222"/>
          <w:sz w:val="24"/>
          <w:szCs w:val="24"/>
        </w:rPr>
      </w:pPr>
      <w:r w:rsidRPr="003774A4">
        <w:rPr>
          <w:color w:val="222222"/>
          <w:sz w:val="24"/>
          <w:szCs w:val="24"/>
        </w:rPr>
        <w:t xml:space="preserve">In augustus volgt deel 2. Daarin vragen we praktische informatie uit, zoals stroomvoorziening, wateraansluiting, </w:t>
      </w:r>
      <w:r w:rsidR="00557B42">
        <w:rPr>
          <w:color w:val="222222"/>
          <w:sz w:val="24"/>
          <w:szCs w:val="24"/>
        </w:rPr>
        <w:t xml:space="preserve">tafels/stoelen, </w:t>
      </w:r>
      <w:r w:rsidRPr="003774A4">
        <w:rPr>
          <w:color w:val="222222"/>
          <w:sz w:val="24"/>
          <w:szCs w:val="24"/>
        </w:rPr>
        <w:t>eventuele huur van apparatuur, aanwezige personen tijdens het event, mee te nemen materialen en de benodigde ruimte voor de activiteit.</w:t>
      </w:r>
    </w:p>
    <w:p w14:paraId="1072A0AD" w14:textId="77777777" w:rsidR="009A3652" w:rsidRPr="009A3652" w:rsidRDefault="009A3652" w:rsidP="009A3652">
      <w:pPr>
        <w:spacing w:after="60"/>
        <w:rPr>
          <w:color w:val="222222"/>
          <w:sz w:val="24"/>
          <w:szCs w:val="24"/>
        </w:rPr>
      </w:pPr>
      <w:r w:rsidRPr="009A3652">
        <w:rPr>
          <w:color w:val="222222"/>
          <w:sz w:val="24"/>
          <w:szCs w:val="24"/>
        </w:rPr>
        <w:t> </w:t>
      </w:r>
    </w:p>
    <w:p w14:paraId="188ABCA8" w14:textId="77777777" w:rsidR="009A3652" w:rsidRPr="009A3652" w:rsidRDefault="009A3652" w:rsidP="009A3652">
      <w:pPr>
        <w:spacing w:after="60"/>
        <w:rPr>
          <w:color w:val="222222"/>
          <w:sz w:val="24"/>
          <w:szCs w:val="24"/>
        </w:rPr>
      </w:pPr>
      <w:r w:rsidRPr="009A3652">
        <w:rPr>
          <w:color w:val="222222"/>
          <w:sz w:val="24"/>
          <w:szCs w:val="24"/>
        </w:rPr>
        <w:t>Vul dit formulier zo concreet mogelijk in. Na invulling ontvangen wij het formulier graag retour per mail via de projectleider van de wereld waarin u deelt wilt nemen. </w:t>
      </w:r>
    </w:p>
    <w:p w14:paraId="1D74282A" w14:textId="77777777" w:rsidR="009A3652" w:rsidRPr="009A3652" w:rsidRDefault="009A3652" w:rsidP="009A3652">
      <w:pPr>
        <w:spacing w:after="60"/>
        <w:rPr>
          <w:color w:val="222222"/>
          <w:sz w:val="24"/>
          <w:szCs w:val="24"/>
        </w:rPr>
      </w:pPr>
      <w:r w:rsidRPr="009A3652">
        <w:rPr>
          <w:color w:val="222222"/>
          <w:sz w:val="24"/>
          <w:szCs w:val="24"/>
        </w:rPr>
        <w:t> </w:t>
      </w:r>
    </w:p>
    <w:p w14:paraId="7DF17B48" w14:textId="2CB41ADD" w:rsidR="009A3652" w:rsidRPr="009A3652" w:rsidRDefault="009A3652" w:rsidP="009A3652">
      <w:pPr>
        <w:spacing w:after="60"/>
        <w:rPr>
          <w:color w:val="222222"/>
          <w:sz w:val="24"/>
          <w:szCs w:val="24"/>
        </w:rPr>
      </w:pPr>
      <w:r w:rsidRPr="009A3652">
        <w:rPr>
          <w:color w:val="222222"/>
          <w:sz w:val="24"/>
          <w:szCs w:val="24"/>
        </w:rPr>
        <w:t>Mocht het niet haalbaar zijn om voor 1 september te reageren of heeft u nog andere vragen, neem dan tijdig contact op met de betreffende wereldleider.  </w:t>
      </w:r>
    </w:p>
    <w:p w14:paraId="44747155" w14:textId="77777777" w:rsidR="00F93F71" w:rsidRDefault="00F93F71" w:rsidP="003774A4">
      <w:pPr>
        <w:spacing w:after="60"/>
        <w:rPr>
          <w:color w:val="222222"/>
          <w:sz w:val="24"/>
          <w:szCs w:val="24"/>
        </w:rPr>
      </w:pPr>
    </w:p>
    <w:p w14:paraId="01DA00CC" w14:textId="33DC894A" w:rsidR="003774A4" w:rsidRPr="003774A4" w:rsidRDefault="003774A4" w:rsidP="003774A4">
      <w:pPr>
        <w:spacing w:after="60"/>
        <w:rPr>
          <w:b/>
          <w:bCs/>
          <w:color w:val="222222"/>
          <w:sz w:val="24"/>
          <w:szCs w:val="24"/>
        </w:rPr>
      </w:pPr>
      <w:r w:rsidRPr="003774A4">
        <w:rPr>
          <w:b/>
          <w:bCs/>
          <w:color w:val="222222"/>
          <w:sz w:val="24"/>
          <w:szCs w:val="24"/>
        </w:rPr>
        <w:t>Alvast hartelijk dank voor je medewerking.</w:t>
      </w:r>
    </w:p>
    <w:p w14:paraId="3918891E" w14:textId="77777777" w:rsidR="00C90E21" w:rsidRPr="003774A4" w:rsidRDefault="00C90E21">
      <w:pPr>
        <w:spacing w:after="60"/>
        <w:rPr>
          <w:color w:val="222222"/>
          <w:sz w:val="20"/>
          <w:szCs w:val="20"/>
        </w:rPr>
      </w:pPr>
    </w:p>
    <w:p w14:paraId="08BC2C93" w14:textId="6466C7C2" w:rsidR="00740B1F" w:rsidRPr="003774A4" w:rsidRDefault="00740B1F">
      <w:pPr>
        <w:spacing w:after="60"/>
      </w:pPr>
    </w:p>
    <w:p w14:paraId="6A84229B" w14:textId="77777777" w:rsidR="009645E9" w:rsidRPr="003774A4" w:rsidRDefault="009645E9">
      <w:pPr>
        <w:spacing w:after="60"/>
      </w:pPr>
    </w:p>
    <w:p w14:paraId="65F8B658" w14:textId="77777777" w:rsidR="00043743" w:rsidRPr="003774A4" w:rsidRDefault="00043743">
      <w:pPr>
        <w:spacing w:before="80" w:after="40"/>
        <w:rPr>
          <w:color w:val="1F4E79"/>
          <w:sz w:val="18"/>
        </w:rPr>
      </w:pPr>
    </w:p>
    <w:p w14:paraId="392F4532" w14:textId="77777777" w:rsidR="00F93F71" w:rsidRDefault="00F93F71">
      <w:pPr>
        <w:spacing w:before="80" w:after="40"/>
        <w:rPr>
          <w:color w:val="1F4E79"/>
          <w:sz w:val="18"/>
        </w:rPr>
      </w:pPr>
      <w:r>
        <w:rPr>
          <w:color w:val="1F4E79"/>
          <w:sz w:val="18"/>
        </w:rPr>
        <w:br/>
      </w:r>
    </w:p>
    <w:p w14:paraId="39DD6796" w14:textId="77777777" w:rsidR="00F93F71" w:rsidRDefault="00F93F71">
      <w:pPr>
        <w:rPr>
          <w:color w:val="1F4E79"/>
          <w:sz w:val="18"/>
        </w:rPr>
      </w:pPr>
      <w:r>
        <w:rPr>
          <w:color w:val="1F4E79"/>
          <w:sz w:val="18"/>
        </w:rPr>
        <w:br w:type="page"/>
      </w:r>
    </w:p>
    <w:p w14:paraId="19A7A47B" w14:textId="657E505A" w:rsidR="00893F1A" w:rsidRPr="003774A4" w:rsidRDefault="008B1837">
      <w:pPr>
        <w:spacing w:before="80" w:after="40"/>
      </w:pPr>
      <w:r w:rsidRPr="003774A4">
        <w:rPr>
          <w:color w:val="1F4E79"/>
          <w:sz w:val="18"/>
        </w:rPr>
        <w:lastRenderedPageBreak/>
        <w:t>1. GEGEVENS BEDRIJF / ORGANISATIE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78"/>
        <w:gridCol w:w="5046"/>
        <w:gridCol w:w="2778"/>
        <w:gridCol w:w="5046"/>
      </w:tblGrid>
      <w:tr w:rsidR="00893F1A" w:rsidRPr="003774A4" w14:paraId="5BFC33B7" w14:textId="77777777" w:rsidTr="00944D54">
        <w:trPr>
          <w:cantSplit/>
          <w:trHeight w:hRule="exact" w:val="329"/>
          <w:jc w:val="center"/>
        </w:trPr>
        <w:tc>
          <w:tcPr>
            <w:tcW w:w="1564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6C64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F5DC931" w14:textId="77777777" w:rsidR="00893F1A" w:rsidRPr="003774A4" w:rsidRDefault="008B1837">
            <w:pPr>
              <w:spacing w:after="0" w:line="240" w:lineRule="auto"/>
            </w:pPr>
            <w:r w:rsidRPr="003774A4">
              <w:rPr>
                <w:color w:val="222222"/>
                <w:sz w:val="18"/>
              </w:rPr>
              <w:t>Algemene gegevens</w:t>
            </w:r>
          </w:p>
        </w:tc>
      </w:tr>
      <w:tr w:rsidR="00893F1A" w:rsidRPr="003774A4" w14:paraId="5A6E7D22" w14:textId="77777777" w:rsidTr="006F24E3">
        <w:trPr>
          <w:cantSplit/>
          <w:trHeight w:hRule="exact" w:val="958"/>
          <w:jc w:val="center"/>
        </w:trPr>
        <w:tc>
          <w:tcPr>
            <w:tcW w:w="27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3F3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558E84A" w14:textId="77777777" w:rsidR="00893F1A" w:rsidRPr="003774A4" w:rsidRDefault="008B1837">
            <w:pPr>
              <w:spacing w:after="0" w:line="240" w:lineRule="auto"/>
              <w:rPr>
                <w:sz w:val="18"/>
                <w:szCs w:val="18"/>
              </w:rPr>
            </w:pPr>
            <w:r w:rsidRPr="003774A4">
              <w:rPr>
                <w:color w:val="222222"/>
                <w:sz w:val="18"/>
                <w:szCs w:val="18"/>
              </w:rPr>
              <w:t>Bedrijfsnaam</w:t>
            </w:r>
          </w:p>
        </w:tc>
        <w:tc>
          <w:tcPr>
            <w:tcW w:w="50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ED465E7" w14:textId="77777777" w:rsidR="00893F1A" w:rsidRPr="003774A4" w:rsidRDefault="00893F1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7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3F3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556350B" w14:textId="5CBF6CAA" w:rsidR="00893F1A" w:rsidRPr="003774A4" w:rsidRDefault="006F24E3">
            <w:pPr>
              <w:spacing w:after="0" w:line="240" w:lineRule="auto"/>
              <w:rPr>
                <w:sz w:val="18"/>
                <w:szCs w:val="18"/>
              </w:rPr>
            </w:pPr>
            <w:r w:rsidRPr="003774A4">
              <w:rPr>
                <w:color w:val="222222"/>
                <w:sz w:val="18"/>
                <w:szCs w:val="18"/>
              </w:rPr>
              <w:t xml:space="preserve">Algemeen aanspreekpunt </w:t>
            </w:r>
            <w:r w:rsidR="00F93F71">
              <w:rPr>
                <w:color w:val="222222"/>
                <w:sz w:val="18"/>
                <w:szCs w:val="18"/>
              </w:rPr>
              <w:t>/</w:t>
            </w:r>
            <w:r w:rsidRPr="003774A4">
              <w:rPr>
                <w:color w:val="222222"/>
                <w:sz w:val="18"/>
                <w:szCs w:val="18"/>
              </w:rPr>
              <w:t xml:space="preserve">contactpersoon </w:t>
            </w:r>
          </w:p>
        </w:tc>
        <w:tc>
          <w:tcPr>
            <w:tcW w:w="50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73DD704" w14:textId="77777777" w:rsidR="00893F1A" w:rsidRPr="003774A4" w:rsidRDefault="00893F1A">
            <w:pPr>
              <w:spacing w:after="0" w:line="240" w:lineRule="auto"/>
            </w:pPr>
          </w:p>
        </w:tc>
      </w:tr>
      <w:tr w:rsidR="00893F1A" w:rsidRPr="003774A4" w14:paraId="44B7CABC" w14:textId="77777777" w:rsidTr="00944D54">
        <w:trPr>
          <w:cantSplit/>
          <w:trHeight w:hRule="exact" w:val="329"/>
          <w:jc w:val="center"/>
        </w:trPr>
        <w:tc>
          <w:tcPr>
            <w:tcW w:w="27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3F3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BC36288" w14:textId="77777777" w:rsidR="00893F1A" w:rsidRPr="003774A4" w:rsidRDefault="008B1837">
            <w:pPr>
              <w:spacing w:after="0" w:line="240" w:lineRule="auto"/>
              <w:rPr>
                <w:sz w:val="18"/>
                <w:szCs w:val="18"/>
              </w:rPr>
            </w:pPr>
            <w:r w:rsidRPr="003774A4">
              <w:rPr>
                <w:color w:val="222222"/>
                <w:sz w:val="18"/>
                <w:szCs w:val="18"/>
              </w:rPr>
              <w:t>Telefoonnummer</w:t>
            </w:r>
          </w:p>
        </w:tc>
        <w:tc>
          <w:tcPr>
            <w:tcW w:w="50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1A7EBCC" w14:textId="77777777" w:rsidR="00893F1A" w:rsidRPr="003774A4" w:rsidRDefault="00893F1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7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3F3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20DDCA1" w14:textId="77777777" w:rsidR="00893F1A" w:rsidRPr="003774A4" w:rsidRDefault="008B1837">
            <w:pPr>
              <w:spacing w:after="0" w:line="240" w:lineRule="auto"/>
              <w:rPr>
                <w:sz w:val="18"/>
                <w:szCs w:val="18"/>
              </w:rPr>
            </w:pPr>
            <w:r w:rsidRPr="003774A4">
              <w:rPr>
                <w:color w:val="222222"/>
                <w:sz w:val="18"/>
                <w:szCs w:val="18"/>
              </w:rPr>
              <w:t>E-mailadres</w:t>
            </w:r>
          </w:p>
        </w:tc>
        <w:tc>
          <w:tcPr>
            <w:tcW w:w="50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8D5FF80" w14:textId="77777777" w:rsidR="00893F1A" w:rsidRPr="003774A4" w:rsidRDefault="00893F1A">
            <w:pPr>
              <w:spacing w:after="0" w:line="240" w:lineRule="auto"/>
            </w:pPr>
          </w:p>
        </w:tc>
      </w:tr>
      <w:tr w:rsidR="00893F1A" w:rsidRPr="003774A4" w14:paraId="75FCA915" w14:textId="77777777" w:rsidTr="0084745F">
        <w:trPr>
          <w:cantSplit/>
          <w:trHeight w:hRule="exact" w:val="690"/>
          <w:jc w:val="center"/>
        </w:trPr>
        <w:tc>
          <w:tcPr>
            <w:tcW w:w="27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3F3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9E9643D" w14:textId="57C0CBEF" w:rsidR="00893F1A" w:rsidRPr="003774A4" w:rsidRDefault="008B1837">
            <w:pPr>
              <w:spacing w:after="0" w:line="240" w:lineRule="auto"/>
              <w:rPr>
                <w:sz w:val="18"/>
                <w:szCs w:val="18"/>
              </w:rPr>
            </w:pPr>
            <w:r w:rsidRPr="003774A4">
              <w:rPr>
                <w:color w:val="222222"/>
                <w:sz w:val="18"/>
                <w:szCs w:val="18"/>
              </w:rPr>
              <w:t>Wereld</w:t>
            </w:r>
            <w:r w:rsidR="00557B42">
              <w:rPr>
                <w:color w:val="222222"/>
                <w:sz w:val="18"/>
                <w:szCs w:val="18"/>
              </w:rPr>
              <w:t xml:space="preserve"> (zie onderaan voor de namen) </w:t>
            </w:r>
          </w:p>
        </w:tc>
        <w:tc>
          <w:tcPr>
            <w:tcW w:w="50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B75F1C" w14:textId="77777777" w:rsidR="00893F1A" w:rsidRPr="003774A4" w:rsidRDefault="00893F1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7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3F3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AC8A50A" w14:textId="4248AF6D" w:rsidR="00893F1A" w:rsidRPr="003774A4" w:rsidRDefault="00557B4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Telefoonnummer</w:t>
            </w:r>
          </w:p>
        </w:tc>
        <w:tc>
          <w:tcPr>
            <w:tcW w:w="50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E7051BE" w14:textId="77777777" w:rsidR="00893F1A" w:rsidRPr="003774A4" w:rsidRDefault="00893F1A">
            <w:pPr>
              <w:spacing w:after="0" w:line="240" w:lineRule="auto"/>
            </w:pPr>
          </w:p>
        </w:tc>
      </w:tr>
      <w:tr w:rsidR="00857B59" w:rsidRPr="003774A4" w14:paraId="603D1B6B" w14:textId="77777777" w:rsidTr="0084745F">
        <w:trPr>
          <w:cantSplit/>
          <w:trHeight w:hRule="exact" w:val="800"/>
          <w:jc w:val="center"/>
        </w:trPr>
        <w:tc>
          <w:tcPr>
            <w:tcW w:w="27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3F3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8A0FEF0" w14:textId="5E5BA55A" w:rsidR="00857B59" w:rsidRPr="003774A4" w:rsidRDefault="001B7AFF">
            <w:pPr>
              <w:spacing w:after="0" w:line="240" w:lineRule="auto"/>
              <w:rPr>
                <w:color w:val="222222"/>
                <w:sz w:val="18"/>
                <w:szCs w:val="18"/>
              </w:rPr>
            </w:pPr>
            <w:proofErr w:type="spellStart"/>
            <w:r>
              <w:rPr>
                <w:color w:val="222222"/>
                <w:sz w:val="18"/>
                <w:szCs w:val="18"/>
              </w:rPr>
              <w:t>S</w:t>
            </w:r>
            <w:r w:rsidR="00857B59" w:rsidRPr="003774A4">
              <w:rPr>
                <w:color w:val="222222"/>
                <w:sz w:val="18"/>
                <w:szCs w:val="18"/>
              </w:rPr>
              <w:t>ubdeel</w:t>
            </w:r>
            <w:proofErr w:type="spellEnd"/>
            <w:r w:rsidR="00857B59" w:rsidRPr="003774A4">
              <w:rPr>
                <w:color w:val="222222"/>
                <w:sz w:val="18"/>
                <w:szCs w:val="18"/>
              </w:rPr>
              <w:t xml:space="preserve"> wereld</w:t>
            </w:r>
            <w:r w:rsidR="00F93F71">
              <w:rPr>
                <w:color w:val="222222"/>
                <w:sz w:val="18"/>
                <w:szCs w:val="18"/>
              </w:rPr>
              <w:t>deel (Indien van toepassing)</w:t>
            </w:r>
          </w:p>
        </w:tc>
        <w:tc>
          <w:tcPr>
            <w:tcW w:w="50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3611EAC" w14:textId="77777777" w:rsidR="00857B59" w:rsidRPr="003774A4" w:rsidRDefault="00857B5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7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3F3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FE26C06" w14:textId="070B9C0B" w:rsidR="00857B59" w:rsidRPr="003774A4" w:rsidRDefault="00557B42">
            <w:pPr>
              <w:spacing w:after="0" w:line="240" w:lineRule="auto"/>
              <w:rPr>
                <w:color w:val="222222"/>
                <w:sz w:val="18"/>
                <w:szCs w:val="18"/>
              </w:rPr>
            </w:pPr>
            <w:r w:rsidRPr="003774A4">
              <w:rPr>
                <w:color w:val="222222"/>
                <w:sz w:val="18"/>
                <w:szCs w:val="18"/>
              </w:rPr>
              <w:t xml:space="preserve">Naam </w:t>
            </w:r>
            <w:r w:rsidR="00F93F71">
              <w:rPr>
                <w:color w:val="222222"/>
                <w:sz w:val="18"/>
                <w:szCs w:val="18"/>
              </w:rPr>
              <w:t>doe-</w:t>
            </w:r>
            <w:r w:rsidRPr="003774A4">
              <w:rPr>
                <w:color w:val="222222"/>
                <w:sz w:val="18"/>
                <w:szCs w:val="18"/>
              </w:rPr>
              <w:t>activiteit</w:t>
            </w:r>
          </w:p>
        </w:tc>
        <w:tc>
          <w:tcPr>
            <w:tcW w:w="50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C56FD37" w14:textId="77777777" w:rsidR="00857B59" w:rsidRPr="003774A4" w:rsidRDefault="00857B59">
            <w:pPr>
              <w:spacing w:after="0" w:line="240" w:lineRule="auto"/>
            </w:pPr>
          </w:p>
        </w:tc>
      </w:tr>
    </w:tbl>
    <w:p w14:paraId="49346B8F" w14:textId="77777777" w:rsidR="005F2918" w:rsidRPr="003774A4" w:rsidRDefault="005F2918">
      <w:pPr>
        <w:spacing w:before="80" w:after="40"/>
        <w:rPr>
          <w:color w:val="1F4E79"/>
          <w:sz w:val="1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516"/>
        <w:gridCol w:w="9132"/>
      </w:tblGrid>
      <w:tr w:rsidR="00552604" w:rsidRPr="003774A4" w14:paraId="078572B4" w14:textId="77777777" w:rsidTr="1B92E9D6">
        <w:trPr>
          <w:cantSplit/>
          <w:trHeight w:val="328"/>
          <w:jc w:val="center"/>
        </w:trPr>
        <w:tc>
          <w:tcPr>
            <w:tcW w:w="1564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6C64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F839F5C" w14:textId="77777777" w:rsidR="00552604" w:rsidRPr="003774A4" w:rsidRDefault="00552604">
            <w:pPr>
              <w:spacing w:after="0" w:line="240" w:lineRule="auto"/>
            </w:pPr>
            <w:r w:rsidRPr="003774A4">
              <w:rPr>
                <w:color w:val="222222"/>
                <w:sz w:val="18"/>
              </w:rPr>
              <w:t>Kruis aan wat van toepassing is</w:t>
            </w:r>
          </w:p>
        </w:tc>
      </w:tr>
      <w:tr w:rsidR="00552604" w:rsidRPr="003774A4" w14:paraId="44619491" w14:textId="77777777" w:rsidTr="009F70FE">
        <w:trPr>
          <w:cantSplit/>
          <w:trHeight w:hRule="exact" w:val="883"/>
          <w:jc w:val="center"/>
        </w:trPr>
        <w:tc>
          <w:tcPr>
            <w:tcW w:w="65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3F3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58E148C" w14:textId="37CBB277" w:rsidR="00552604" w:rsidRPr="003774A4" w:rsidRDefault="0046639E">
            <w:pPr>
              <w:spacing w:after="0" w:line="240" w:lineRule="auto"/>
              <w:rPr>
                <w:sz w:val="18"/>
                <w:szCs w:val="18"/>
              </w:rPr>
            </w:pPr>
            <w:r w:rsidRPr="003774A4">
              <w:rPr>
                <w:color w:val="222222"/>
                <w:sz w:val="18"/>
                <w:szCs w:val="18"/>
              </w:rPr>
              <w:t xml:space="preserve">De </w:t>
            </w:r>
            <w:r w:rsidR="00F93F71">
              <w:rPr>
                <w:color w:val="222222"/>
                <w:sz w:val="18"/>
                <w:szCs w:val="18"/>
              </w:rPr>
              <w:t>doe</w:t>
            </w:r>
            <w:r w:rsidR="00D24FDC">
              <w:rPr>
                <w:color w:val="222222"/>
                <w:sz w:val="18"/>
                <w:szCs w:val="18"/>
              </w:rPr>
              <w:t>-</w:t>
            </w:r>
            <w:r w:rsidR="00D13743" w:rsidRPr="003774A4">
              <w:rPr>
                <w:color w:val="222222"/>
                <w:sz w:val="18"/>
                <w:szCs w:val="18"/>
              </w:rPr>
              <w:t>activiteit</w:t>
            </w:r>
            <w:r w:rsidRPr="003774A4">
              <w:rPr>
                <w:color w:val="222222"/>
                <w:sz w:val="18"/>
                <w:szCs w:val="18"/>
              </w:rPr>
              <w:t xml:space="preserve"> die wij aanbieden </w:t>
            </w:r>
            <w:r w:rsidR="009F70FE" w:rsidRPr="003774A4">
              <w:rPr>
                <w:color w:val="222222"/>
                <w:sz w:val="18"/>
                <w:szCs w:val="18"/>
              </w:rPr>
              <w:t xml:space="preserve">organiseren wij: </w:t>
            </w:r>
            <w:r w:rsidR="009E2A7B" w:rsidRPr="003774A4">
              <w:rPr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w="913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E0BF445" w14:textId="1FD0CAC3" w:rsidR="00552604" w:rsidRPr="003774A4" w:rsidRDefault="00552604">
            <w:pPr>
              <w:spacing w:after="0" w:line="240" w:lineRule="auto"/>
              <w:rPr>
                <w:color w:val="222222"/>
                <w:sz w:val="18"/>
                <w:szCs w:val="18"/>
              </w:rPr>
            </w:pPr>
            <w:r w:rsidRPr="003774A4">
              <w:rPr>
                <w:color w:val="222222"/>
                <w:sz w:val="18"/>
                <w:szCs w:val="18"/>
              </w:rPr>
              <w:t>☐ Zelf  ☐ Samen met</w:t>
            </w:r>
            <w:r w:rsidR="009F70FE" w:rsidRPr="003774A4">
              <w:rPr>
                <w:color w:val="222222"/>
                <w:sz w:val="18"/>
                <w:szCs w:val="18"/>
              </w:rPr>
              <w:t xml:space="preserve"> ander </w:t>
            </w:r>
            <w:r w:rsidRPr="003774A4">
              <w:rPr>
                <w:color w:val="222222"/>
                <w:sz w:val="18"/>
                <w:szCs w:val="18"/>
              </w:rPr>
              <w:t xml:space="preserve">bedrijf  ☐ Samen met onderwijs  ☐ </w:t>
            </w:r>
            <w:r w:rsidR="00587347" w:rsidRPr="003774A4">
              <w:rPr>
                <w:color w:val="222222"/>
                <w:sz w:val="18"/>
                <w:szCs w:val="18"/>
              </w:rPr>
              <w:t>Anders, namelijk:</w:t>
            </w:r>
          </w:p>
          <w:p w14:paraId="56B6F854" w14:textId="248A4D50" w:rsidR="009F70FE" w:rsidRPr="003774A4" w:rsidRDefault="00997167">
            <w:pPr>
              <w:spacing w:after="0" w:line="240" w:lineRule="auto"/>
              <w:rPr>
                <w:sz w:val="18"/>
                <w:szCs w:val="18"/>
              </w:rPr>
            </w:pPr>
            <w:r w:rsidRPr="003774A4">
              <w:rPr>
                <w:color w:val="222222"/>
                <w:sz w:val="18"/>
                <w:szCs w:val="18"/>
              </w:rPr>
              <w:t>T</w:t>
            </w:r>
            <w:r w:rsidR="009F70FE" w:rsidRPr="003774A4">
              <w:rPr>
                <w:color w:val="222222"/>
                <w:sz w:val="18"/>
                <w:szCs w:val="18"/>
              </w:rPr>
              <w:t xml:space="preserve">oelichting: </w:t>
            </w:r>
            <w:r w:rsidR="00F93F71">
              <w:rPr>
                <w:color w:val="222222"/>
                <w:sz w:val="18"/>
                <w:szCs w:val="18"/>
              </w:rPr>
              <w:t xml:space="preserve">Dit zouden we toch anders doen. </w:t>
            </w:r>
          </w:p>
        </w:tc>
      </w:tr>
      <w:tr w:rsidR="00F93F71" w:rsidRPr="003774A4" w14:paraId="0B819FAC" w14:textId="77777777" w:rsidTr="009F70FE">
        <w:trPr>
          <w:cantSplit/>
          <w:trHeight w:hRule="exact" w:val="883"/>
          <w:jc w:val="center"/>
        </w:trPr>
        <w:tc>
          <w:tcPr>
            <w:tcW w:w="65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3F3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B05BC4" w14:textId="67003884" w:rsidR="00F93F71" w:rsidRPr="003774A4" w:rsidRDefault="00F93F71">
            <w:pPr>
              <w:spacing w:after="0" w:line="240" w:lineRule="auto"/>
              <w:rPr>
                <w:color w:val="222222"/>
                <w:sz w:val="18"/>
                <w:szCs w:val="18"/>
              </w:rPr>
            </w:pPr>
            <w:r>
              <w:rPr>
                <w:color w:val="222222"/>
                <w:sz w:val="18"/>
                <w:szCs w:val="18"/>
              </w:rPr>
              <w:t>Met welke partner organiseer je de doe-activiteit? (Indien u de doe-activiteit zelf uitvoert is deze vraag niet van toepassing)</w:t>
            </w:r>
          </w:p>
        </w:tc>
        <w:tc>
          <w:tcPr>
            <w:tcW w:w="913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FBD480B" w14:textId="77777777" w:rsidR="00F93F71" w:rsidRPr="003774A4" w:rsidRDefault="00F93F71">
            <w:pPr>
              <w:spacing w:after="0" w:line="240" w:lineRule="auto"/>
              <w:rPr>
                <w:color w:val="222222"/>
                <w:sz w:val="18"/>
                <w:szCs w:val="18"/>
              </w:rPr>
            </w:pPr>
          </w:p>
        </w:tc>
      </w:tr>
      <w:tr w:rsidR="00552604" w:rsidRPr="003774A4" w14:paraId="1F340E6E" w14:textId="77777777" w:rsidTr="1B92E9D6">
        <w:trPr>
          <w:cantSplit/>
          <w:trHeight w:hRule="exact" w:val="329"/>
          <w:jc w:val="center"/>
        </w:trPr>
        <w:tc>
          <w:tcPr>
            <w:tcW w:w="65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3F3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E8D67A6" w14:textId="62542395" w:rsidR="00552604" w:rsidRPr="003774A4" w:rsidRDefault="00552604">
            <w:pPr>
              <w:spacing w:after="0" w:line="240" w:lineRule="auto"/>
              <w:rPr>
                <w:sz w:val="18"/>
                <w:szCs w:val="18"/>
              </w:rPr>
            </w:pPr>
            <w:r w:rsidRPr="003774A4">
              <w:rPr>
                <w:color w:val="222222"/>
                <w:sz w:val="18"/>
                <w:szCs w:val="18"/>
              </w:rPr>
              <w:t>Status</w:t>
            </w:r>
            <w:r w:rsidR="00A95566" w:rsidRPr="003774A4">
              <w:rPr>
                <w:color w:val="222222"/>
                <w:sz w:val="18"/>
                <w:szCs w:val="18"/>
              </w:rPr>
              <w:t xml:space="preserve"> van de </w:t>
            </w:r>
            <w:r w:rsidR="00F93F71">
              <w:rPr>
                <w:color w:val="222222"/>
                <w:sz w:val="18"/>
                <w:szCs w:val="18"/>
              </w:rPr>
              <w:t>doe-</w:t>
            </w:r>
            <w:r w:rsidR="00A95566" w:rsidRPr="003774A4">
              <w:rPr>
                <w:color w:val="222222"/>
                <w:sz w:val="18"/>
                <w:szCs w:val="18"/>
              </w:rPr>
              <w:t>activiteit</w:t>
            </w:r>
            <w:r w:rsidR="00557B42">
              <w:rPr>
                <w:color w:val="222222"/>
                <w:sz w:val="18"/>
                <w:szCs w:val="18"/>
              </w:rPr>
              <w:t>:</w:t>
            </w:r>
          </w:p>
        </w:tc>
        <w:tc>
          <w:tcPr>
            <w:tcW w:w="913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1CE3780" w14:textId="48AC7DF1" w:rsidR="00552604" w:rsidRPr="003774A4" w:rsidRDefault="00552604">
            <w:pPr>
              <w:spacing w:after="0" w:line="240" w:lineRule="auto"/>
              <w:rPr>
                <w:sz w:val="18"/>
                <w:szCs w:val="18"/>
              </w:rPr>
            </w:pPr>
            <w:r w:rsidRPr="003774A4">
              <w:rPr>
                <w:color w:val="222222"/>
                <w:sz w:val="18"/>
                <w:szCs w:val="18"/>
              </w:rPr>
              <w:t xml:space="preserve">☐ </w:t>
            </w:r>
            <w:r w:rsidR="00F93F71">
              <w:rPr>
                <w:color w:val="222222"/>
                <w:sz w:val="18"/>
                <w:szCs w:val="18"/>
              </w:rPr>
              <w:t>B</w:t>
            </w:r>
            <w:r w:rsidRPr="003774A4">
              <w:rPr>
                <w:color w:val="222222"/>
                <w:sz w:val="18"/>
                <w:szCs w:val="18"/>
              </w:rPr>
              <w:t>rainstorm  ☐ In ontwikkeling  ☐ Vastgelegd  ☐ Definitief</w:t>
            </w:r>
          </w:p>
        </w:tc>
      </w:tr>
      <w:tr w:rsidR="00552604" w:rsidRPr="003774A4" w14:paraId="32D0229A" w14:textId="77777777" w:rsidTr="009645E9">
        <w:trPr>
          <w:cantSplit/>
          <w:trHeight w:hRule="exact" w:val="2519"/>
          <w:jc w:val="center"/>
        </w:trPr>
        <w:tc>
          <w:tcPr>
            <w:tcW w:w="65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3F3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AE89394" w14:textId="14740863" w:rsidR="009645E9" w:rsidRPr="003774A4" w:rsidRDefault="009645E9" w:rsidP="009645E9">
            <w:pPr>
              <w:spacing w:after="0" w:line="240" w:lineRule="auto"/>
              <w:rPr>
                <w:color w:val="222222"/>
                <w:sz w:val="18"/>
                <w:szCs w:val="18"/>
              </w:rPr>
            </w:pPr>
            <w:r w:rsidRPr="003774A4">
              <w:rPr>
                <w:color w:val="222222"/>
                <w:sz w:val="18"/>
                <w:szCs w:val="18"/>
              </w:rPr>
              <w:t xml:space="preserve">De </w:t>
            </w:r>
            <w:r w:rsidR="00F93F71">
              <w:rPr>
                <w:color w:val="222222"/>
                <w:sz w:val="18"/>
                <w:szCs w:val="18"/>
              </w:rPr>
              <w:t>doe-</w:t>
            </w:r>
            <w:r w:rsidRPr="003774A4">
              <w:rPr>
                <w:color w:val="222222"/>
                <w:sz w:val="18"/>
                <w:szCs w:val="18"/>
              </w:rPr>
              <w:t xml:space="preserve">activiteit is bij voorkeur geschikt voor leerlingen van alle onderwijsniveaus (vmbo, havo en vwo). </w:t>
            </w:r>
          </w:p>
          <w:p w14:paraId="5D6B9212" w14:textId="77777777" w:rsidR="009645E9" w:rsidRPr="003774A4" w:rsidRDefault="009645E9" w:rsidP="009645E9">
            <w:pPr>
              <w:spacing w:after="0" w:line="240" w:lineRule="auto"/>
              <w:rPr>
                <w:color w:val="222222"/>
                <w:sz w:val="18"/>
                <w:szCs w:val="18"/>
              </w:rPr>
            </w:pPr>
          </w:p>
          <w:p w14:paraId="727A8282" w14:textId="18F9B1AF" w:rsidR="009645E9" w:rsidRPr="003774A4" w:rsidRDefault="009645E9" w:rsidP="009645E9">
            <w:pPr>
              <w:spacing w:after="0" w:line="240" w:lineRule="auto"/>
              <w:rPr>
                <w:color w:val="222222"/>
                <w:sz w:val="18"/>
                <w:szCs w:val="18"/>
              </w:rPr>
            </w:pPr>
            <w:r w:rsidRPr="003774A4">
              <w:rPr>
                <w:color w:val="222222"/>
                <w:sz w:val="18"/>
                <w:szCs w:val="18"/>
              </w:rPr>
              <w:t xml:space="preserve">Geef met een cijfer van 1 t/m 5 aan in hoeverre de activiteit </w:t>
            </w:r>
            <w:r w:rsidR="003774A4" w:rsidRPr="003774A4">
              <w:rPr>
                <w:color w:val="222222"/>
                <w:sz w:val="18"/>
                <w:szCs w:val="18"/>
              </w:rPr>
              <w:t xml:space="preserve">naar verwachting </w:t>
            </w:r>
            <w:r w:rsidRPr="003774A4">
              <w:rPr>
                <w:color w:val="222222"/>
                <w:sz w:val="18"/>
                <w:szCs w:val="18"/>
              </w:rPr>
              <w:t>aansluit bij elk niveau. Indien nodig kan de activiteit worden aangepast of gedifferentieerd per niveau.</w:t>
            </w:r>
          </w:p>
          <w:p w14:paraId="1A7F8C57" w14:textId="77903628" w:rsidR="00552604" w:rsidRPr="003774A4" w:rsidRDefault="00552604" w:rsidP="009645E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3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A063681" w14:textId="77777777" w:rsidR="009645E9" w:rsidRPr="003774A4" w:rsidRDefault="009645E9" w:rsidP="009C2DE0">
            <w:pPr>
              <w:spacing w:after="0" w:line="240" w:lineRule="auto"/>
              <w:rPr>
                <w:color w:val="222222"/>
                <w:sz w:val="18"/>
                <w:szCs w:val="18"/>
              </w:rPr>
            </w:pPr>
            <w:r w:rsidRPr="003774A4">
              <w:rPr>
                <w:color w:val="222222"/>
                <w:sz w:val="18"/>
                <w:szCs w:val="18"/>
              </w:rPr>
              <w:t>Vmbo: ___ / 5</w:t>
            </w:r>
          </w:p>
          <w:p w14:paraId="0B65F04C" w14:textId="77777777" w:rsidR="009645E9" w:rsidRPr="003774A4" w:rsidRDefault="009645E9" w:rsidP="009C2DE0">
            <w:pPr>
              <w:spacing w:after="0" w:line="240" w:lineRule="auto"/>
              <w:rPr>
                <w:color w:val="222222"/>
                <w:sz w:val="18"/>
                <w:szCs w:val="18"/>
              </w:rPr>
            </w:pPr>
            <w:r w:rsidRPr="003774A4">
              <w:rPr>
                <w:color w:val="222222"/>
                <w:sz w:val="18"/>
                <w:szCs w:val="18"/>
              </w:rPr>
              <w:t>Havo: ___ / 5</w:t>
            </w:r>
          </w:p>
          <w:p w14:paraId="60C049A2" w14:textId="77777777" w:rsidR="009645E9" w:rsidRPr="003774A4" w:rsidRDefault="009645E9" w:rsidP="009C2DE0">
            <w:pPr>
              <w:spacing w:after="0" w:line="240" w:lineRule="auto"/>
              <w:rPr>
                <w:color w:val="222222"/>
                <w:sz w:val="18"/>
                <w:szCs w:val="18"/>
              </w:rPr>
            </w:pPr>
            <w:r w:rsidRPr="003774A4">
              <w:rPr>
                <w:color w:val="222222"/>
                <w:sz w:val="18"/>
                <w:szCs w:val="18"/>
              </w:rPr>
              <w:t>Vwo: ___ / 5</w:t>
            </w:r>
          </w:p>
          <w:p w14:paraId="4BD5A444" w14:textId="77777777" w:rsidR="009645E9" w:rsidRPr="003774A4" w:rsidRDefault="009645E9" w:rsidP="009645E9">
            <w:pPr>
              <w:spacing w:after="0" w:line="240" w:lineRule="auto"/>
              <w:rPr>
                <w:color w:val="222222"/>
                <w:sz w:val="18"/>
                <w:szCs w:val="18"/>
              </w:rPr>
            </w:pPr>
            <w:r w:rsidRPr="003774A4">
              <w:rPr>
                <w:rFonts w:ascii="Segoe UI Symbol" w:hAnsi="Segoe UI Symbol" w:cs="Segoe UI Symbol"/>
                <w:color w:val="222222"/>
                <w:sz w:val="18"/>
                <w:szCs w:val="18"/>
              </w:rPr>
              <w:t>☐</w:t>
            </w:r>
            <w:r w:rsidRPr="003774A4">
              <w:rPr>
                <w:color w:val="222222"/>
                <w:sz w:val="18"/>
                <w:szCs w:val="18"/>
              </w:rPr>
              <w:t xml:space="preserve"> De activiteit is zonder aanpassingen geschikt voor alle niveaus.</w:t>
            </w:r>
            <w:r w:rsidRPr="003774A4">
              <w:rPr>
                <w:color w:val="222222"/>
                <w:sz w:val="18"/>
                <w:szCs w:val="18"/>
              </w:rPr>
              <w:br/>
            </w:r>
            <w:r w:rsidRPr="003774A4">
              <w:rPr>
                <w:rFonts w:ascii="Segoe UI Symbol" w:hAnsi="Segoe UI Symbol" w:cs="Segoe UI Symbol"/>
                <w:color w:val="222222"/>
                <w:sz w:val="18"/>
                <w:szCs w:val="18"/>
              </w:rPr>
              <w:t>☐</w:t>
            </w:r>
            <w:r w:rsidRPr="003774A4">
              <w:rPr>
                <w:color w:val="222222"/>
                <w:sz w:val="18"/>
                <w:szCs w:val="18"/>
              </w:rPr>
              <w:t xml:space="preserve"> De activiteit wordt aangepast per niveau.</w:t>
            </w:r>
          </w:p>
          <w:p w14:paraId="2A379EB4" w14:textId="3A31BA12" w:rsidR="00552604" w:rsidRPr="003774A4" w:rsidRDefault="0055260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4FB2C5E9" w14:textId="77777777" w:rsidR="00F93F71" w:rsidRDefault="00F93F71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516"/>
        <w:gridCol w:w="9132"/>
      </w:tblGrid>
      <w:tr w:rsidR="00552604" w:rsidRPr="003774A4" w14:paraId="0C8ED498" w14:textId="77777777" w:rsidTr="0084745F">
        <w:trPr>
          <w:cantSplit/>
          <w:trHeight w:hRule="exact" w:val="830"/>
          <w:jc w:val="center"/>
        </w:trPr>
        <w:tc>
          <w:tcPr>
            <w:tcW w:w="65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3F3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F722FF5" w14:textId="77777777" w:rsidR="00F93F71" w:rsidRDefault="00552604" w:rsidP="00F93F71">
            <w:pPr>
              <w:spacing w:after="0" w:line="240" w:lineRule="auto"/>
              <w:rPr>
                <w:color w:val="222222"/>
                <w:sz w:val="18"/>
                <w:szCs w:val="18"/>
              </w:rPr>
            </w:pPr>
            <w:r w:rsidRPr="003774A4">
              <w:rPr>
                <w:color w:val="222222"/>
                <w:sz w:val="18"/>
                <w:szCs w:val="18"/>
              </w:rPr>
              <w:lastRenderedPageBreak/>
              <w:t>Tijdsduur</w:t>
            </w:r>
            <w:r w:rsidR="00F913DD" w:rsidRPr="003774A4">
              <w:rPr>
                <w:color w:val="222222"/>
                <w:sz w:val="18"/>
                <w:szCs w:val="18"/>
              </w:rPr>
              <w:t xml:space="preserve"> van de </w:t>
            </w:r>
            <w:r w:rsidR="00F93F71">
              <w:rPr>
                <w:color w:val="222222"/>
                <w:sz w:val="18"/>
                <w:szCs w:val="18"/>
              </w:rPr>
              <w:t>totale doe-</w:t>
            </w:r>
            <w:r w:rsidR="00F913DD" w:rsidRPr="003774A4">
              <w:rPr>
                <w:color w:val="222222"/>
                <w:sz w:val="18"/>
                <w:szCs w:val="18"/>
              </w:rPr>
              <w:t>activiteit</w:t>
            </w:r>
          </w:p>
          <w:p w14:paraId="75CC4529" w14:textId="1C8A5B52" w:rsidR="00F93F71" w:rsidRPr="003774A4" w:rsidRDefault="00F93F71" w:rsidP="00F93F7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color w:val="222222"/>
                <w:sz w:val="18"/>
                <w:szCs w:val="18"/>
              </w:rPr>
              <w:t>We streven naar 10 minuten per doe-activiteit of een veelvoud hiervan.</w:t>
            </w:r>
          </w:p>
        </w:tc>
        <w:tc>
          <w:tcPr>
            <w:tcW w:w="913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942BF70" w14:textId="77777777" w:rsidR="00552604" w:rsidRDefault="00552604">
            <w:pPr>
              <w:spacing w:after="0" w:line="240" w:lineRule="auto"/>
              <w:rPr>
                <w:color w:val="222222"/>
                <w:sz w:val="18"/>
                <w:szCs w:val="18"/>
              </w:rPr>
            </w:pPr>
            <w:r w:rsidRPr="003774A4">
              <w:rPr>
                <w:color w:val="222222"/>
                <w:sz w:val="18"/>
                <w:szCs w:val="18"/>
              </w:rPr>
              <w:t xml:space="preserve">_____ minuten per </w:t>
            </w:r>
            <w:r w:rsidR="00F913DD" w:rsidRPr="003774A4">
              <w:rPr>
                <w:color w:val="222222"/>
                <w:sz w:val="18"/>
                <w:szCs w:val="18"/>
              </w:rPr>
              <w:t>ronde</w:t>
            </w:r>
            <w:r w:rsidR="00F93F71">
              <w:rPr>
                <w:color w:val="222222"/>
                <w:sz w:val="18"/>
                <w:szCs w:val="18"/>
              </w:rPr>
              <w:t>*</w:t>
            </w:r>
          </w:p>
          <w:p w14:paraId="38862038" w14:textId="02DE1556" w:rsidR="00F93F71" w:rsidRPr="0084745F" w:rsidRDefault="00F93F71" w:rsidP="00F93F7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* Met ronde bedoelen we </w:t>
            </w:r>
            <w:r w:rsidR="00C25C1B">
              <w:rPr>
                <w:sz w:val="18"/>
                <w:szCs w:val="18"/>
              </w:rPr>
              <w:t xml:space="preserve">de totale tijd dat een groep bij jullie doe-activiteit is. Een ronde betreft dus het </w:t>
            </w:r>
            <w:r>
              <w:rPr>
                <w:sz w:val="18"/>
                <w:szCs w:val="18"/>
              </w:rPr>
              <w:t xml:space="preserve"> ontvangst</w:t>
            </w:r>
            <w:r w:rsidR="00C25C1B">
              <w:rPr>
                <w:sz w:val="18"/>
                <w:szCs w:val="18"/>
              </w:rPr>
              <w:t xml:space="preserve"> met</w:t>
            </w:r>
            <w:r>
              <w:rPr>
                <w:sz w:val="18"/>
                <w:szCs w:val="18"/>
              </w:rPr>
              <w:t xml:space="preserve"> uitleg, de doe-activiteit </w:t>
            </w:r>
            <w:r w:rsidR="00C25C1B">
              <w:rPr>
                <w:sz w:val="18"/>
                <w:szCs w:val="18"/>
              </w:rPr>
              <w:t>tot en met d</w:t>
            </w:r>
            <w:r>
              <w:rPr>
                <w:sz w:val="18"/>
                <w:szCs w:val="18"/>
              </w:rPr>
              <w:t>e afrondin</w:t>
            </w:r>
            <w:r w:rsidR="00C25C1B">
              <w:rPr>
                <w:sz w:val="18"/>
                <w:szCs w:val="18"/>
              </w:rPr>
              <w:t>g.</w:t>
            </w:r>
          </w:p>
        </w:tc>
      </w:tr>
      <w:tr w:rsidR="00552604" w:rsidRPr="003774A4" w14:paraId="61213090" w14:textId="77777777" w:rsidTr="1B92E9D6">
        <w:trPr>
          <w:cantSplit/>
          <w:trHeight w:hRule="exact" w:val="329"/>
          <w:jc w:val="center"/>
        </w:trPr>
        <w:tc>
          <w:tcPr>
            <w:tcW w:w="65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3F3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E7E934C" w14:textId="47BCE549" w:rsidR="00552604" w:rsidRPr="003774A4" w:rsidRDefault="000D208B">
            <w:pPr>
              <w:spacing w:after="0" w:line="240" w:lineRule="auto"/>
              <w:rPr>
                <w:sz w:val="18"/>
                <w:szCs w:val="18"/>
              </w:rPr>
            </w:pPr>
            <w:r w:rsidRPr="003774A4">
              <w:rPr>
                <w:color w:val="222222"/>
                <w:sz w:val="18"/>
                <w:szCs w:val="18"/>
              </w:rPr>
              <w:t>Ideale groepsgrootte per ronde:</w:t>
            </w:r>
          </w:p>
        </w:tc>
        <w:tc>
          <w:tcPr>
            <w:tcW w:w="913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8E5C0C6" w14:textId="77777777" w:rsidR="00552604" w:rsidRPr="003774A4" w:rsidRDefault="00552604">
            <w:pPr>
              <w:spacing w:after="0" w:line="240" w:lineRule="auto"/>
              <w:rPr>
                <w:sz w:val="18"/>
                <w:szCs w:val="18"/>
              </w:rPr>
            </w:pPr>
            <w:r w:rsidRPr="003774A4">
              <w:rPr>
                <w:color w:val="222222"/>
                <w:sz w:val="18"/>
                <w:szCs w:val="18"/>
              </w:rPr>
              <w:t>min. _____ / max. _____ leerlingen</w:t>
            </w:r>
          </w:p>
        </w:tc>
      </w:tr>
      <w:tr w:rsidR="00C3289F" w:rsidRPr="003774A4" w14:paraId="27E6F5B4" w14:textId="77777777" w:rsidTr="00755FEE">
        <w:trPr>
          <w:cantSplit/>
          <w:trHeight w:hRule="exact" w:val="2976"/>
          <w:jc w:val="center"/>
        </w:trPr>
        <w:tc>
          <w:tcPr>
            <w:tcW w:w="65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3F3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0D0DAE3" w14:textId="127B2A3D" w:rsidR="00C3289F" w:rsidRPr="003774A4" w:rsidRDefault="00755FEE" w:rsidP="00CE57AE">
            <w:pPr>
              <w:spacing w:after="0" w:line="240" w:lineRule="auto"/>
              <w:rPr>
                <w:color w:val="222222"/>
                <w:sz w:val="18"/>
                <w:szCs w:val="18"/>
              </w:rPr>
            </w:pPr>
            <w:r w:rsidRPr="003774A4">
              <w:rPr>
                <w:color w:val="222222"/>
                <w:sz w:val="18"/>
                <w:szCs w:val="18"/>
              </w:rPr>
              <w:t xml:space="preserve">Heeft u tijdens de uitvoering van deze activiteit behoefte aan ondersteuning door studenten? Dit zullen </w:t>
            </w:r>
            <w:r w:rsidR="00557B42">
              <w:rPr>
                <w:color w:val="222222"/>
                <w:sz w:val="18"/>
                <w:szCs w:val="18"/>
              </w:rPr>
              <w:t xml:space="preserve">mogelijk </w:t>
            </w:r>
            <w:r w:rsidRPr="003774A4">
              <w:rPr>
                <w:color w:val="222222"/>
                <w:sz w:val="18"/>
                <w:szCs w:val="18"/>
              </w:rPr>
              <w:t>studenten zijn van Scalda of de HZ.</w:t>
            </w:r>
          </w:p>
        </w:tc>
        <w:tc>
          <w:tcPr>
            <w:tcW w:w="913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33E0918" w14:textId="77777777" w:rsidR="00755FEE" w:rsidRPr="003774A4" w:rsidRDefault="00755FEE" w:rsidP="00755FEE">
            <w:pPr>
              <w:spacing w:after="0" w:line="240" w:lineRule="auto"/>
              <w:rPr>
                <w:rFonts w:cs="Arial"/>
                <w:iCs/>
                <w:sz w:val="18"/>
                <w:szCs w:val="18"/>
              </w:rPr>
            </w:pPr>
            <w:r w:rsidRPr="003774A4">
              <w:rPr>
                <w:rFonts w:ascii="Segoe UI Symbol" w:hAnsi="Segoe UI Symbol" w:cs="Segoe UI Symbol"/>
                <w:iCs/>
                <w:sz w:val="18"/>
                <w:szCs w:val="18"/>
              </w:rPr>
              <w:t>☐</w:t>
            </w:r>
            <w:r w:rsidRPr="003774A4">
              <w:rPr>
                <w:rFonts w:cs="Arial"/>
                <w:iCs/>
                <w:sz w:val="18"/>
                <w:szCs w:val="18"/>
              </w:rPr>
              <w:t xml:space="preserve"> Nee, extra ondersteuning is niet nodig.</w:t>
            </w:r>
          </w:p>
          <w:p w14:paraId="7DEFA19A" w14:textId="77777777" w:rsidR="00755FEE" w:rsidRPr="003774A4" w:rsidRDefault="00755FEE" w:rsidP="00755FEE">
            <w:pPr>
              <w:spacing w:after="0" w:line="240" w:lineRule="auto"/>
              <w:rPr>
                <w:rFonts w:cs="Arial"/>
                <w:iCs/>
                <w:sz w:val="18"/>
                <w:szCs w:val="18"/>
              </w:rPr>
            </w:pPr>
          </w:p>
          <w:p w14:paraId="33285FED" w14:textId="54E504F1" w:rsidR="00755FEE" w:rsidRPr="003774A4" w:rsidRDefault="00755FEE" w:rsidP="00755FEE">
            <w:pPr>
              <w:spacing w:after="0" w:line="240" w:lineRule="auto"/>
              <w:rPr>
                <w:rFonts w:cs="Arial"/>
                <w:iCs/>
                <w:sz w:val="18"/>
                <w:szCs w:val="18"/>
              </w:rPr>
            </w:pPr>
            <w:r w:rsidRPr="003774A4">
              <w:rPr>
                <w:rFonts w:ascii="Segoe UI Symbol" w:hAnsi="Segoe UI Symbol" w:cs="Segoe UI Symbol"/>
                <w:iCs/>
                <w:sz w:val="18"/>
                <w:szCs w:val="18"/>
              </w:rPr>
              <w:t>☐</w:t>
            </w:r>
            <w:r w:rsidRPr="003774A4">
              <w:rPr>
                <w:rFonts w:cs="Arial"/>
                <w:iCs/>
                <w:sz w:val="18"/>
                <w:szCs w:val="18"/>
              </w:rPr>
              <w:t xml:space="preserve"> Ja, wij hebben ondersteuning nodig: Totaal: ____ personen</w:t>
            </w:r>
          </w:p>
          <w:p w14:paraId="6D179782" w14:textId="2EF4CA89" w:rsidR="00755FEE" w:rsidRPr="003774A4" w:rsidRDefault="00755FEE" w:rsidP="00755FEE">
            <w:pPr>
              <w:spacing w:after="0" w:line="240" w:lineRule="auto"/>
              <w:rPr>
                <w:rFonts w:cs="Arial"/>
                <w:iCs/>
                <w:sz w:val="18"/>
                <w:szCs w:val="18"/>
              </w:rPr>
            </w:pPr>
          </w:p>
          <w:p w14:paraId="2D56E69C" w14:textId="77777777" w:rsidR="00755FEE" w:rsidRPr="003774A4" w:rsidRDefault="00755FEE" w:rsidP="00755FEE">
            <w:pPr>
              <w:spacing w:after="0" w:line="240" w:lineRule="auto"/>
              <w:rPr>
                <w:rFonts w:cs="Arial"/>
                <w:iCs/>
                <w:sz w:val="18"/>
                <w:szCs w:val="18"/>
              </w:rPr>
            </w:pPr>
          </w:p>
          <w:p w14:paraId="2769FBA0" w14:textId="779A498A" w:rsidR="00C3289F" w:rsidRPr="003774A4" w:rsidRDefault="00755FEE" w:rsidP="00755FEE">
            <w:pPr>
              <w:spacing w:after="0" w:line="240" w:lineRule="auto"/>
              <w:rPr>
                <w:b/>
                <w:bCs/>
                <w:i/>
                <w:color w:val="777777"/>
                <w:sz w:val="18"/>
                <w:szCs w:val="18"/>
              </w:rPr>
            </w:pPr>
            <w:r w:rsidRPr="003774A4">
              <w:rPr>
                <w:rFonts w:cs="Arial"/>
                <w:b/>
                <w:bCs/>
                <w:iCs/>
                <w:sz w:val="18"/>
                <w:szCs w:val="18"/>
              </w:rPr>
              <w:t>Toelichting op de gewenste ondersteuning (bijvoorbeeld begeleiding van leerlingen, op- en afbouw, uitleg geven, toezicht houden):</w:t>
            </w:r>
          </w:p>
        </w:tc>
      </w:tr>
    </w:tbl>
    <w:p w14:paraId="3EDE1CBA" w14:textId="77777777" w:rsidR="00043743" w:rsidRPr="003774A4" w:rsidRDefault="00043743">
      <w:pPr>
        <w:spacing w:before="80" w:after="40"/>
        <w:rPr>
          <w:color w:val="1F4E79"/>
          <w:sz w:val="18"/>
        </w:rPr>
      </w:pPr>
    </w:p>
    <w:p w14:paraId="13FDD51C" w14:textId="22DAE32A" w:rsidR="00893F1A" w:rsidRPr="003774A4" w:rsidRDefault="000C3372">
      <w:pPr>
        <w:spacing w:before="80" w:after="40"/>
      </w:pPr>
      <w:r w:rsidRPr="003774A4">
        <w:rPr>
          <w:color w:val="1F4E79"/>
          <w:sz w:val="18"/>
        </w:rPr>
        <w:t>2</w:t>
      </w:r>
      <w:r w:rsidR="008B1837" w:rsidRPr="003774A4">
        <w:rPr>
          <w:color w:val="1F4E79"/>
          <w:sz w:val="18"/>
        </w:rPr>
        <w:t>. INHOUDELIJK ONTWERP VAN DE DOE-ACTIVITEIT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139"/>
        <w:gridCol w:w="11510"/>
      </w:tblGrid>
      <w:tr w:rsidR="00893F1A" w:rsidRPr="003774A4" w14:paraId="79B6B33A" w14:textId="77777777" w:rsidTr="00C24498">
        <w:trPr>
          <w:cantSplit/>
          <w:trHeight w:hRule="exact" w:val="329"/>
          <w:jc w:val="center"/>
        </w:trPr>
        <w:tc>
          <w:tcPr>
            <w:tcW w:w="1564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6C64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BE56094" w14:textId="77777777" w:rsidR="00893F1A" w:rsidRPr="003774A4" w:rsidRDefault="008B1837">
            <w:pPr>
              <w:spacing w:after="0" w:line="240" w:lineRule="auto"/>
            </w:pPr>
            <w:r w:rsidRPr="003774A4">
              <w:rPr>
                <w:color w:val="222222"/>
                <w:sz w:val="18"/>
              </w:rPr>
              <w:t>Maak de opdracht concreet, kort en uitvoerbaar</w:t>
            </w:r>
          </w:p>
        </w:tc>
      </w:tr>
      <w:tr w:rsidR="00893F1A" w:rsidRPr="003774A4" w14:paraId="4315BBD7" w14:textId="77777777" w:rsidTr="00C24498">
        <w:trPr>
          <w:cantSplit/>
          <w:trHeight w:hRule="exact" w:val="499"/>
          <w:jc w:val="center"/>
        </w:trPr>
        <w:tc>
          <w:tcPr>
            <w:tcW w:w="41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3F3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106B160" w14:textId="77777777" w:rsidR="00893F1A" w:rsidRPr="003774A4" w:rsidRDefault="008B1837">
            <w:pPr>
              <w:spacing w:after="0" w:line="240" w:lineRule="auto"/>
              <w:rPr>
                <w:sz w:val="18"/>
                <w:szCs w:val="18"/>
              </w:rPr>
            </w:pPr>
            <w:r w:rsidRPr="003774A4">
              <w:rPr>
                <w:color w:val="222222"/>
                <w:sz w:val="18"/>
                <w:szCs w:val="18"/>
              </w:rPr>
              <w:t>Pakkende titel</w:t>
            </w:r>
          </w:p>
        </w:tc>
        <w:tc>
          <w:tcPr>
            <w:tcW w:w="11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8CFB314" w14:textId="77777777" w:rsidR="00893F1A" w:rsidRPr="003774A4" w:rsidRDefault="008B1837">
            <w:pPr>
              <w:spacing w:after="0" w:line="240" w:lineRule="auto"/>
              <w:rPr>
                <w:sz w:val="18"/>
                <w:szCs w:val="18"/>
              </w:rPr>
            </w:pPr>
            <w:r w:rsidRPr="003774A4">
              <w:rPr>
                <w:i/>
                <w:color w:val="777777"/>
                <w:sz w:val="18"/>
                <w:szCs w:val="18"/>
              </w:rPr>
              <w:t>Welke naam maakt leerlingen nieuwsgierig?</w:t>
            </w:r>
          </w:p>
        </w:tc>
      </w:tr>
      <w:tr w:rsidR="00893F1A" w:rsidRPr="003774A4" w14:paraId="7AA911FC" w14:textId="77777777" w:rsidTr="0084745F">
        <w:trPr>
          <w:cantSplit/>
          <w:trHeight w:hRule="exact" w:val="1327"/>
          <w:jc w:val="center"/>
        </w:trPr>
        <w:tc>
          <w:tcPr>
            <w:tcW w:w="41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3F3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3D3FC13" w14:textId="1CE52EBB" w:rsidR="00893F1A" w:rsidRPr="003774A4" w:rsidRDefault="008B1837">
            <w:pPr>
              <w:spacing w:after="0" w:line="240" w:lineRule="auto"/>
              <w:rPr>
                <w:sz w:val="18"/>
                <w:szCs w:val="18"/>
              </w:rPr>
            </w:pPr>
            <w:r w:rsidRPr="003774A4">
              <w:rPr>
                <w:color w:val="222222"/>
                <w:sz w:val="18"/>
                <w:szCs w:val="18"/>
              </w:rPr>
              <w:t>Context</w:t>
            </w:r>
            <w:r w:rsidR="009645E9" w:rsidRPr="003774A4">
              <w:rPr>
                <w:color w:val="222222"/>
                <w:sz w:val="18"/>
                <w:szCs w:val="18"/>
              </w:rPr>
              <w:t xml:space="preserve"> (leg de leerling</w:t>
            </w:r>
            <w:r w:rsidR="00B67852">
              <w:rPr>
                <w:color w:val="222222"/>
                <w:sz w:val="18"/>
                <w:szCs w:val="18"/>
              </w:rPr>
              <w:t xml:space="preserve">en </w:t>
            </w:r>
            <w:r w:rsidR="009645E9" w:rsidRPr="003774A4">
              <w:rPr>
                <w:color w:val="222222"/>
                <w:sz w:val="18"/>
                <w:szCs w:val="18"/>
              </w:rPr>
              <w:t xml:space="preserve">uit waar </w:t>
            </w:r>
            <w:r w:rsidR="00B67852">
              <w:rPr>
                <w:color w:val="222222"/>
                <w:sz w:val="18"/>
                <w:szCs w:val="18"/>
              </w:rPr>
              <w:t>zij</w:t>
            </w:r>
            <w:r w:rsidR="00B67852" w:rsidRPr="003774A4">
              <w:rPr>
                <w:color w:val="222222"/>
                <w:sz w:val="18"/>
                <w:szCs w:val="18"/>
              </w:rPr>
              <w:t xml:space="preserve"> </w:t>
            </w:r>
            <w:r w:rsidR="009645E9" w:rsidRPr="003774A4">
              <w:rPr>
                <w:color w:val="222222"/>
                <w:sz w:val="18"/>
                <w:szCs w:val="18"/>
              </w:rPr>
              <w:t>zich bevind</w:t>
            </w:r>
            <w:r w:rsidR="00B67852">
              <w:rPr>
                <w:color w:val="222222"/>
                <w:sz w:val="18"/>
                <w:szCs w:val="18"/>
              </w:rPr>
              <w:t>en en welke rol zij hebben</w:t>
            </w:r>
            <w:r w:rsidR="009645E9" w:rsidRPr="003774A4">
              <w:rPr>
                <w:color w:val="222222"/>
                <w:sz w:val="18"/>
                <w:szCs w:val="18"/>
              </w:rPr>
              <w:t xml:space="preserve">; </w:t>
            </w:r>
          </w:p>
        </w:tc>
        <w:tc>
          <w:tcPr>
            <w:tcW w:w="11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67A3DFD" w14:textId="39369877" w:rsidR="00893F1A" w:rsidRPr="003774A4" w:rsidRDefault="008B1837">
            <w:pPr>
              <w:spacing w:after="0" w:line="240" w:lineRule="auto"/>
              <w:rPr>
                <w:sz w:val="18"/>
                <w:szCs w:val="18"/>
              </w:rPr>
            </w:pPr>
            <w:r w:rsidRPr="003774A4">
              <w:rPr>
                <w:i/>
                <w:color w:val="777777"/>
                <w:sz w:val="18"/>
                <w:szCs w:val="18"/>
              </w:rPr>
              <w:t>In welke wereld stapt de leerling</w:t>
            </w:r>
            <w:r w:rsidR="00B67852">
              <w:rPr>
                <w:i/>
                <w:color w:val="777777"/>
                <w:sz w:val="18"/>
                <w:szCs w:val="18"/>
              </w:rPr>
              <w:t xml:space="preserve"> en welke rol krijgen zij</w:t>
            </w:r>
            <w:r w:rsidRPr="003774A4">
              <w:rPr>
                <w:i/>
                <w:color w:val="777777"/>
                <w:sz w:val="18"/>
                <w:szCs w:val="18"/>
              </w:rPr>
              <w:t xml:space="preserve">? </w:t>
            </w:r>
            <w:r w:rsidR="00C25C1B">
              <w:rPr>
                <w:i/>
                <w:color w:val="777777"/>
                <w:sz w:val="18"/>
                <w:szCs w:val="18"/>
              </w:rPr>
              <w:t>Beschrijf waar ze zich bevinden, b</w:t>
            </w:r>
            <w:r w:rsidRPr="003774A4">
              <w:rPr>
                <w:i/>
                <w:color w:val="777777"/>
                <w:sz w:val="18"/>
                <w:szCs w:val="18"/>
              </w:rPr>
              <w:t xml:space="preserve">ijvoorbeeld: </w:t>
            </w:r>
            <w:r w:rsidR="00C25C1B">
              <w:rPr>
                <w:i/>
                <w:color w:val="777777"/>
                <w:sz w:val="18"/>
                <w:szCs w:val="18"/>
              </w:rPr>
              <w:t xml:space="preserve">in een </w:t>
            </w:r>
            <w:r w:rsidR="00E01D9F" w:rsidRPr="003774A4">
              <w:rPr>
                <w:i/>
                <w:color w:val="777777"/>
                <w:sz w:val="18"/>
                <w:szCs w:val="18"/>
              </w:rPr>
              <w:t xml:space="preserve">hightech </w:t>
            </w:r>
            <w:r w:rsidRPr="003774A4">
              <w:rPr>
                <w:i/>
                <w:color w:val="777777"/>
                <w:sz w:val="18"/>
                <w:szCs w:val="18"/>
              </w:rPr>
              <w:t>lab</w:t>
            </w:r>
            <w:r w:rsidR="00B67852">
              <w:rPr>
                <w:i/>
                <w:color w:val="777777"/>
                <w:sz w:val="18"/>
                <w:szCs w:val="18"/>
              </w:rPr>
              <w:t xml:space="preserve"> en zij zijn de </w:t>
            </w:r>
            <w:r w:rsidR="00F55531">
              <w:rPr>
                <w:i/>
                <w:color w:val="777777"/>
                <w:sz w:val="18"/>
                <w:szCs w:val="18"/>
              </w:rPr>
              <w:t>engineer</w:t>
            </w:r>
            <w:r w:rsidRPr="003774A4">
              <w:rPr>
                <w:i/>
                <w:color w:val="777777"/>
                <w:sz w:val="18"/>
                <w:szCs w:val="18"/>
              </w:rPr>
              <w:t xml:space="preserve">, </w:t>
            </w:r>
            <w:r w:rsidR="00C25C1B">
              <w:rPr>
                <w:i/>
                <w:color w:val="777777"/>
                <w:sz w:val="18"/>
                <w:szCs w:val="18"/>
              </w:rPr>
              <w:t xml:space="preserve">op een </w:t>
            </w:r>
            <w:r w:rsidRPr="003774A4">
              <w:rPr>
                <w:i/>
                <w:color w:val="777777"/>
                <w:sz w:val="18"/>
                <w:szCs w:val="18"/>
              </w:rPr>
              <w:t>bouwplaats</w:t>
            </w:r>
            <w:r w:rsidR="00C25C1B">
              <w:rPr>
                <w:i/>
                <w:color w:val="777777"/>
                <w:sz w:val="18"/>
                <w:szCs w:val="18"/>
              </w:rPr>
              <w:t xml:space="preserve"> </w:t>
            </w:r>
            <w:r w:rsidR="00B67852">
              <w:rPr>
                <w:i/>
                <w:color w:val="777777"/>
                <w:sz w:val="18"/>
                <w:szCs w:val="18"/>
              </w:rPr>
              <w:t>en zij zijn de aannemer</w:t>
            </w:r>
            <w:r w:rsidRPr="003774A4">
              <w:rPr>
                <w:i/>
                <w:color w:val="777777"/>
                <w:sz w:val="18"/>
                <w:szCs w:val="18"/>
              </w:rPr>
              <w:t xml:space="preserve">, </w:t>
            </w:r>
            <w:r w:rsidR="00C25C1B">
              <w:rPr>
                <w:i/>
                <w:color w:val="777777"/>
                <w:sz w:val="18"/>
                <w:szCs w:val="18"/>
              </w:rPr>
              <w:t xml:space="preserve"> in de</w:t>
            </w:r>
            <w:r w:rsidRPr="003774A4">
              <w:rPr>
                <w:i/>
                <w:color w:val="777777"/>
                <w:sz w:val="18"/>
                <w:szCs w:val="18"/>
              </w:rPr>
              <w:t xml:space="preserve"> haven</w:t>
            </w:r>
            <w:r w:rsidR="00C25C1B">
              <w:rPr>
                <w:i/>
                <w:color w:val="777777"/>
                <w:sz w:val="18"/>
                <w:szCs w:val="18"/>
              </w:rPr>
              <w:t xml:space="preserve"> waar zo gelost gaat worden</w:t>
            </w:r>
            <w:r w:rsidRPr="003774A4">
              <w:rPr>
                <w:i/>
                <w:color w:val="777777"/>
                <w:sz w:val="18"/>
                <w:szCs w:val="18"/>
              </w:rPr>
              <w:t xml:space="preserve"> </w:t>
            </w:r>
            <w:r w:rsidR="00B67852">
              <w:rPr>
                <w:i/>
                <w:color w:val="777777"/>
                <w:sz w:val="18"/>
                <w:szCs w:val="18"/>
              </w:rPr>
              <w:t xml:space="preserve">en zij zijn de kapitein </w:t>
            </w:r>
            <w:r w:rsidRPr="003774A4">
              <w:rPr>
                <w:i/>
                <w:color w:val="777777"/>
                <w:sz w:val="18"/>
                <w:szCs w:val="18"/>
              </w:rPr>
              <w:t xml:space="preserve">of </w:t>
            </w:r>
            <w:r w:rsidR="00B67852">
              <w:rPr>
                <w:i/>
                <w:color w:val="777777"/>
                <w:sz w:val="18"/>
                <w:szCs w:val="18"/>
              </w:rPr>
              <w:t xml:space="preserve">in </w:t>
            </w:r>
            <w:r w:rsidR="00C25C1B">
              <w:rPr>
                <w:i/>
                <w:color w:val="777777"/>
                <w:sz w:val="18"/>
                <w:szCs w:val="18"/>
              </w:rPr>
              <w:t xml:space="preserve">een </w:t>
            </w:r>
            <w:r w:rsidRPr="003774A4">
              <w:rPr>
                <w:i/>
                <w:color w:val="777777"/>
                <w:sz w:val="18"/>
                <w:szCs w:val="18"/>
              </w:rPr>
              <w:t>werkplaats</w:t>
            </w:r>
            <w:r w:rsidR="00B67852">
              <w:rPr>
                <w:i/>
                <w:color w:val="777777"/>
                <w:sz w:val="18"/>
                <w:szCs w:val="18"/>
              </w:rPr>
              <w:t xml:space="preserve"> en zij zijn de monteur.</w:t>
            </w:r>
          </w:p>
        </w:tc>
      </w:tr>
      <w:tr w:rsidR="00893F1A" w:rsidRPr="003774A4" w14:paraId="3DDA6FFF" w14:textId="77777777" w:rsidTr="0084745F">
        <w:trPr>
          <w:cantSplit/>
          <w:trHeight w:hRule="exact" w:val="1622"/>
          <w:jc w:val="center"/>
        </w:trPr>
        <w:tc>
          <w:tcPr>
            <w:tcW w:w="41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3F3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323F326" w14:textId="36205325" w:rsidR="00893F1A" w:rsidRPr="003774A4" w:rsidRDefault="008B1837">
            <w:pPr>
              <w:spacing w:after="0" w:line="240" w:lineRule="auto"/>
              <w:rPr>
                <w:sz w:val="18"/>
                <w:szCs w:val="18"/>
              </w:rPr>
            </w:pPr>
            <w:r w:rsidRPr="003774A4">
              <w:rPr>
                <w:color w:val="222222"/>
                <w:sz w:val="18"/>
                <w:szCs w:val="18"/>
              </w:rPr>
              <w:t>Praktijkprobleem</w:t>
            </w:r>
            <w:r w:rsidR="009645E9" w:rsidRPr="003774A4">
              <w:rPr>
                <w:color w:val="222222"/>
                <w:sz w:val="18"/>
                <w:szCs w:val="18"/>
              </w:rPr>
              <w:t xml:space="preserve"> </w:t>
            </w:r>
            <w:r w:rsidR="00B67852">
              <w:rPr>
                <w:color w:val="222222"/>
                <w:sz w:val="18"/>
                <w:szCs w:val="18"/>
              </w:rPr>
              <w:t xml:space="preserve"> </w:t>
            </w:r>
            <w:r w:rsidR="00B67852" w:rsidRPr="003774A4">
              <w:rPr>
                <w:i/>
                <w:color w:val="777777"/>
                <w:sz w:val="18"/>
                <w:szCs w:val="18"/>
              </w:rPr>
              <w:t xml:space="preserve">Welk concreet probleem uit de praktijk </w:t>
            </w:r>
            <w:r w:rsidR="00B67852">
              <w:rPr>
                <w:i/>
                <w:color w:val="777777"/>
                <w:sz w:val="18"/>
                <w:szCs w:val="18"/>
              </w:rPr>
              <w:t>komen de</w:t>
            </w:r>
            <w:r w:rsidR="00B67852" w:rsidRPr="003774A4">
              <w:rPr>
                <w:i/>
                <w:color w:val="777777"/>
                <w:sz w:val="18"/>
                <w:szCs w:val="18"/>
              </w:rPr>
              <w:t xml:space="preserve"> leerlingen </w:t>
            </w:r>
            <w:r w:rsidR="00B67852">
              <w:rPr>
                <w:i/>
                <w:color w:val="777777"/>
                <w:sz w:val="18"/>
                <w:szCs w:val="18"/>
              </w:rPr>
              <w:t>tegen</w:t>
            </w:r>
            <w:r w:rsidR="00B67852" w:rsidRPr="003774A4">
              <w:rPr>
                <w:i/>
                <w:color w:val="777777"/>
                <w:sz w:val="18"/>
                <w:szCs w:val="18"/>
              </w:rPr>
              <w:t>?</w:t>
            </w:r>
            <w:r w:rsidR="00B67852">
              <w:rPr>
                <w:i/>
                <w:color w:val="777777"/>
                <w:sz w:val="18"/>
                <w:szCs w:val="18"/>
              </w:rPr>
              <w:t xml:space="preserve"> Of welke specifieke situatie treedt er op? Of welke uitdagende vraag is er ontstaan?</w:t>
            </w:r>
          </w:p>
        </w:tc>
        <w:tc>
          <w:tcPr>
            <w:tcW w:w="11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533C35B" w14:textId="22F88FA3" w:rsidR="00893F1A" w:rsidRPr="003774A4" w:rsidRDefault="008B1837">
            <w:pPr>
              <w:spacing w:after="0" w:line="240" w:lineRule="auto"/>
              <w:rPr>
                <w:sz w:val="18"/>
                <w:szCs w:val="18"/>
              </w:rPr>
            </w:pPr>
            <w:r w:rsidRPr="003774A4">
              <w:rPr>
                <w:i/>
                <w:color w:val="777777"/>
                <w:sz w:val="18"/>
                <w:szCs w:val="18"/>
              </w:rPr>
              <w:t xml:space="preserve">Welk concreet probleem uit de praktijk </w:t>
            </w:r>
            <w:r w:rsidR="00C25C1B">
              <w:rPr>
                <w:i/>
                <w:color w:val="777777"/>
                <w:sz w:val="18"/>
                <w:szCs w:val="18"/>
              </w:rPr>
              <w:t>komen de</w:t>
            </w:r>
            <w:r w:rsidR="00C25C1B" w:rsidRPr="003774A4">
              <w:rPr>
                <w:i/>
                <w:color w:val="777777"/>
                <w:sz w:val="18"/>
                <w:szCs w:val="18"/>
              </w:rPr>
              <w:t xml:space="preserve"> </w:t>
            </w:r>
            <w:r w:rsidRPr="003774A4">
              <w:rPr>
                <w:i/>
                <w:color w:val="777777"/>
                <w:sz w:val="18"/>
                <w:szCs w:val="18"/>
              </w:rPr>
              <w:t xml:space="preserve">leerlingen </w:t>
            </w:r>
            <w:r w:rsidR="00C25C1B">
              <w:rPr>
                <w:i/>
                <w:color w:val="777777"/>
                <w:sz w:val="18"/>
                <w:szCs w:val="18"/>
              </w:rPr>
              <w:t>tegen</w:t>
            </w:r>
            <w:r w:rsidRPr="003774A4">
              <w:rPr>
                <w:i/>
                <w:color w:val="777777"/>
                <w:sz w:val="18"/>
                <w:szCs w:val="18"/>
              </w:rPr>
              <w:t>?</w:t>
            </w:r>
            <w:r w:rsidR="00C25C1B">
              <w:rPr>
                <w:i/>
                <w:color w:val="777777"/>
                <w:sz w:val="18"/>
                <w:szCs w:val="18"/>
              </w:rPr>
              <w:t xml:space="preserve"> </w:t>
            </w:r>
            <w:r w:rsidR="00B67852" w:rsidRPr="003774A4">
              <w:rPr>
                <w:color w:val="222222"/>
                <w:sz w:val="18"/>
                <w:szCs w:val="18"/>
              </w:rPr>
              <w:t>(</w:t>
            </w:r>
            <w:r w:rsidR="00B67852">
              <w:rPr>
                <w:color w:val="222222"/>
                <w:sz w:val="18"/>
                <w:szCs w:val="18"/>
              </w:rPr>
              <w:t xml:space="preserve">bijv. </w:t>
            </w:r>
            <w:r w:rsidR="00B67852" w:rsidRPr="003774A4">
              <w:rPr>
                <w:color w:val="222222"/>
                <w:sz w:val="18"/>
                <w:szCs w:val="18"/>
              </w:rPr>
              <w:t>de airco doet het niet en de engineer (leerling) moet dit zo snel mogelijk oplossen, want de jacht gaat zo vertrekken)</w:t>
            </w:r>
          </w:p>
        </w:tc>
      </w:tr>
      <w:tr w:rsidR="00893F1A" w:rsidRPr="003774A4" w14:paraId="60580B21" w14:textId="77777777" w:rsidTr="0084745F">
        <w:trPr>
          <w:cantSplit/>
          <w:trHeight w:hRule="exact" w:val="1040"/>
          <w:jc w:val="center"/>
        </w:trPr>
        <w:tc>
          <w:tcPr>
            <w:tcW w:w="41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3F3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0075FBC" w14:textId="2CC78ABF" w:rsidR="00893F1A" w:rsidRPr="003774A4" w:rsidRDefault="008B1837">
            <w:pPr>
              <w:spacing w:after="0" w:line="240" w:lineRule="auto"/>
              <w:rPr>
                <w:sz w:val="18"/>
                <w:szCs w:val="18"/>
              </w:rPr>
            </w:pPr>
            <w:r w:rsidRPr="003774A4">
              <w:rPr>
                <w:color w:val="222222"/>
                <w:sz w:val="18"/>
                <w:szCs w:val="18"/>
              </w:rPr>
              <w:lastRenderedPageBreak/>
              <w:t>Hoe-vraag</w:t>
            </w:r>
            <w:r w:rsidR="00557B42">
              <w:rPr>
                <w:color w:val="222222"/>
                <w:sz w:val="18"/>
                <w:szCs w:val="18"/>
              </w:rPr>
              <w:t xml:space="preserve"> </w:t>
            </w:r>
            <w:r w:rsidR="00B67852">
              <w:rPr>
                <w:color w:val="222222"/>
                <w:sz w:val="18"/>
                <w:szCs w:val="18"/>
              </w:rPr>
              <w:t>(Formuleer de hoe-vraag met het gewenste eindresultaat)_</w:t>
            </w:r>
          </w:p>
        </w:tc>
        <w:tc>
          <w:tcPr>
            <w:tcW w:w="11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5F05776" w14:textId="362FC394" w:rsidR="00893F1A" w:rsidRPr="003774A4" w:rsidRDefault="008B1837">
            <w:pPr>
              <w:spacing w:after="0" w:line="240" w:lineRule="auto"/>
              <w:rPr>
                <w:sz w:val="18"/>
                <w:szCs w:val="18"/>
              </w:rPr>
            </w:pPr>
            <w:r w:rsidRPr="003774A4">
              <w:rPr>
                <w:i/>
                <w:color w:val="777777"/>
                <w:sz w:val="18"/>
                <w:szCs w:val="18"/>
              </w:rPr>
              <w:t>Formuleer de centrale vraag: Hoe kunnen we ...?</w:t>
            </w:r>
            <w:r w:rsidR="00B3164B" w:rsidRPr="003774A4">
              <w:rPr>
                <w:i/>
                <w:color w:val="777777"/>
                <w:sz w:val="18"/>
                <w:szCs w:val="18"/>
              </w:rPr>
              <w:br/>
              <w:t xml:space="preserve">(bijv. </w:t>
            </w:r>
            <w:r w:rsidR="00B67852">
              <w:rPr>
                <w:i/>
                <w:color w:val="777777"/>
                <w:sz w:val="18"/>
                <w:szCs w:val="18"/>
              </w:rPr>
              <w:t xml:space="preserve">Hoe kunnen we zorgen dat het schip weer kan vertrekken, hoe kunnen we zorgen dat de mensen weer van a naar b kunnen, hoe kunnen we zorgen dat het water veilig te drinken is of hoe zorgen we dat we niet meer te hacken zijn  </w:t>
            </w:r>
          </w:p>
        </w:tc>
      </w:tr>
      <w:tr w:rsidR="00893F1A" w:rsidRPr="003774A4" w14:paraId="2A42DBBB" w14:textId="77777777" w:rsidTr="00755FEE">
        <w:trPr>
          <w:cantSplit/>
          <w:trHeight w:hRule="exact" w:val="1006"/>
          <w:jc w:val="center"/>
        </w:trPr>
        <w:tc>
          <w:tcPr>
            <w:tcW w:w="41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3F3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CAFE07C" w14:textId="5B01B10B" w:rsidR="00893F1A" w:rsidRPr="003774A4" w:rsidRDefault="00755FEE">
            <w:pPr>
              <w:spacing w:after="0" w:line="240" w:lineRule="auto"/>
              <w:rPr>
                <w:sz w:val="18"/>
                <w:szCs w:val="18"/>
              </w:rPr>
            </w:pPr>
            <w:r w:rsidRPr="003774A4">
              <w:rPr>
                <w:color w:val="222222"/>
                <w:sz w:val="18"/>
                <w:szCs w:val="18"/>
              </w:rPr>
              <w:t xml:space="preserve">Doe-activiteit </w:t>
            </w:r>
          </w:p>
        </w:tc>
        <w:tc>
          <w:tcPr>
            <w:tcW w:w="11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243B34F" w14:textId="5FB44C4C" w:rsidR="00893F1A" w:rsidRPr="0084745F" w:rsidRDefault="00B67852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Omschrijf de stappen die de kinderen moeten nemen. (bijv. </w:t>
            </w:r>
            <w:r w:rsidRPr="003774A4">
              <w:rPr>
                <w:color w:val="222222"/>
                <w:sz w:val="18"/>
                <w:szCs w:val="18"/>
              </w:rPr>
              <w:t>stap 1.zoek op de tekening de airco, stap 2 voer testen uit waar het probleem zit. Stap 3 los het probleem op)</w:t>
            </w:r>
          </w:p>
        </w:tc>
      </w:tr>
      <w:tr w:rsidR="00755FEE" w:rsidRPr="003774A4" w14:paraId="25C4F621" w14:textId="77777777" w:rsidTr="00755FEE">
        <w:trPr>
          <w:cantSplit/>
          <w:trHeight w:hRule="exact" w:val="638"/>
          <w:jc w:val="center"/>
        </w:trPr>
        <w:tc>
          <w:tcPr>
            <w:tcW w:w="41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3F3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78BADFF" w14:textId="7E83F228" w:rsidR="00755FEE" w:rsidRPr="003774A4" w:rsidRDefault="00755FEE">
            <w:pPr>
              <w:spacing w:after="0" w:line="240" w:lineRule="auto"/>
              <w:rPr>
                <w:color w:val="222222"/>
                <w:sz w:val="18"/>
                <w:szCs w:val="18"/>
              </w:rPr>
            </w:pPr>
            <w:r w:rsidRPr="003774A4">
              <w:rPr>
                <w:color w:val="222222"/>
                <w:sz w:val="18"/>
                <w:szCs w:val="18"/>
              </w:rPr>
              <w:t>Resultaat</w:t>
            </w:r>
          </w:p>
        </w:tc>
        <w:tc>
          <w:tcPr>
            <w:tcW w:w="11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49F13BC" w14:textId="33CBFC6A" w:rsidR="00755FEE" w:rsidRPr="003774A4" w:rsidRDefault="003A0BD5">
            <w:pPr>
              <w:spacing w:after="0" w:line="240" w:lineRule="auto"/>
              <w:rPr>
                <w:i/>
                <w:color w:val="777777"/>
                <w:sz w:val="18"/>
                <w:szCs w:val="18"/>
              </w:rPr>
            </w:pPr>
            <w:r w:rsidRPr="003774A4">
              <w:rPr>
                <w:i/>
                <w:color w:val="777777"/>
                <w:sz w:val="18"/>
                <w:szCs w:val="18"/>
              </w:rPr>
              <w:t>Wat is zichtbaar of meetbaar aan het einde van de activiteit?</w:t>
            </w:r>
            <w:r w:rsidR="00B67852">
              <w:rPr>
                <w:i/>
                <w:color w:val="777777"/>
                <w:sz w:val="18"/>
                <w:szCs w:val="18"/>
              </w:rPr>
              <w:t xml:space="preserve">(bijv. een score, een gemaakt product, het zien van een werken product of een schip dat eindelijk kan vertrekken. </w:t>
            </w:r>
          </w:p>
        </w:tc>
      </w:tr>
      <w:tr w:rsidR="00893F1A" w:rsidRPr="003774A4" w14:paraId="1D24C704" w14:textId="77777777" w:rsidTr="00C24498">
        <w:trPr>
          <w:cantSplit/>
          <w:trHeight w:hRule="exact" w:val="499"/>
          <w:jc w:val="center"/>
        </w:trPr>
        <w:tc>
          <w:tcPr>
            <w:tcW w:w="41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3F3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1F45C7D" w14:textId="37CEE2E0" w:rsidR="00893F1A" w:rsidRPr="003774A4" w:rsidRDefault="008B1837">
            <w:pPr>
              <w:spacing w:after="0" w:line="240" w:lineRule="auto"/>
              <w:rPr>
                <w:sz w:val="18"/>
                <w:szCs w:val="18"/>
              </w:rPr>
            </w:pPr>
            <w:r w:rsidRPr="003774A4">
              <w:rPr>
                <w:color w:val="222222"/>
                <w:sz w:val="18"/>
                <w:szCs w:val="18"/>
              </w:rPr>
              <w:t>Link met beroep/opleiding</w:t>
            </w:r>
            <w:r w:rsidR="00B67852">
              <w:rPr>
                <w:color w:val="222222"/>
                <w:sz w:val="18"/>
                <w:szCs w:val="18"/>
              </w:rPr>
              <w:t xml:space="preserve">. </w:t>
            </w:r>
            <w:r w:rsidR="00B67852" w:rsidRPr="003774A4">
              <w:rPr>
                <w:i/>
                <w:color w:val="777777"/>
                <w:sz w:val="18"/>
                <w:szCs w:val="18"/>
              </w:rPr>
              <w:t>Welke koppeling maak je met beroep, opleiding, sector of toekomstvraag</w:t>
            </w:r>
          </w:p>
        </w:tc>
        <w:tc>
          <w:tcPr>
            <w:tcW w:w="11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68D1327" w14:textId="0CDC1699" w:rsidR="00893F1A" w:rsidRPr="003774A4" w:rsidRDefault="008B1837">
            <w:pPr>
              <w:spacing w:after="0" w:line="240" w:lineRule="auto"/>
              <w:rPr>
                <w:sz w:val="18"/>
                <w:szCs w:val="18"/>
              </w:rPr>
            </w:pPr>
            <w:r w:rsidRPr="003774A4">
              <w:rPr>
                <w:i/>
                <w:color w:val="777777"/>
                <w:sz w:val="18"/>
                <w:szCs w:val="18"/>
              </w:rPr>
              <w:t>Welke koppeling maak je met beroep, opleiding, sector of toekomstvraag</w:t>
            </w:r>
            <w:r w:rsidR="00A55644">
              <w:rPr>
                <w:i/>
                <w:color w:val="777777"/>
                <w:sz w:val="18"/>
                <w:szCs w:val="18"/>
              </w:rPr>
              <w:t>?</w:t>
            </w:r>
            <w:r w:rsidR="00B67852">
              <w:rPr>
                <w:i/>
                <w:color w:val="777777"/>
                <w:sz w:val="18"/>
                <w:szCs w:val="18"/>
              </w:rPr>
              <w:t xml:space="preserve"> </w:t>
            </w:r>
          </w:p>
        </w:tc>
      </w:tr>
      <w:tr w:rsidR="00587347" w:rsidRPr="003774A4" w14:paraId="78109119" w14:textId="77777777" w:rsidTr="00C24498">
        <w:trPr>
          <w:cantSplit/>
          <w:trHeight w:hRule="exact" w:val="499"/>
          <w:jc w:val="center"/>
        </w:trPr>
        <w:tc>
          <w:tcPr>
            <w:tcW w:w="41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3F3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A516DE0" w14:textId="3B39163B" w:rsidR="00587347" w:rsidRPr="003774A4" w:rsidRDefault="00587347">
            <w:pPr>
              <w:spacing w:after="0" w:line="240" w:lineRule="auto"/>
              <w:rPr>
                <w:color w:val="222222"/>
                <w:sz w:val="18"/>
                <w:szCs w:val="18"/>
              </w:rPr>
            </w:pPr>
            <w:r w:rsidRPr="003774A4">
              <w:rPr>
                <w:color w:val="222222"/>
                <w:sz w:val="18"/>
                <w:szCs w:val="18"/>
              </w:rPr>
              <w:t>Wat maakt deze activiteit leuk, verrassend of bijzonder voor leerlingen?</w:t>
            </w:r>
          </w:p>
        </w:tc>
        <w:tc>
          <w:tcPr>
            <w:tcW w:w="115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0F0FC6C" w14:textId="719A30E7" w:rsidR="00587347" w:rsidRPr="003774A4" w:rsidRDefault="00B67852">
            <w:pPr>
              <w:spacing w:after="0" w:line="240" w:lineRule="auto"/>
              <w:rPr>
                <w:i/>
                <w:color w:val="777777"/>
                <w:sz w:val="18"/>
                <w:szCs w:val="18"/>
              </w:rPr>
            </w:pPr>
            <w:r>
              <w:rPr>
                <w:i/>
                <w:color w:val="777777"/>
                <w:sz w:val="18"/>
                <w:szCs w:val="18"/>
              </w:rPr>
              <w:t>Wij inspireren leerlingen door…</w:t>
            </w:r>
          </w:p>
        </w:tc>
      </w:tr>
    </w:tbl>
    <w:p w14:paraId="1145BBB3" w14:textId="1AD41554" w:rsidR="00893F1A" w:rsidRPr="003774A4" w:rsidRDefault="008B1837" w:rsidP="00043743">
      <w:r w:rsidRPr="003774A4">
        <w:br w:type="page"/>
      </w:r>
      <w:r w:rsidR="000C3372" w:rsidRPr="003774A4">
        <w:rPr>
          <w:color w:val="1F4E79"/>
          <w:sz w:val="18"/>
        </w:rPr>
        <w:lastRenderedPageBreak/>
        <w:t>3</w:t>
      </w:r>
      <w:r w:rsidRPr="003774A4">
        <w:rPr>
          <w:color w:val="1F4E79"/>
          <w:sz w:val="18"/>
        </w:rPr>
        <w:t>. WAARDE EN KWALITEIT VAN DE ACTIVITEIT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9"/>
        <w:gridCol w:w="1190"/>
        <w:gridCol w:w="1190"/>
        <w:gridCol w:w="1190"/>
        <w:gridCol w:w="1190"/>
        <w:gridCol w:w="1190"/>
        <w:gridCol w:w="1474"/>
        <w:gridCol w:w="2778"/>
      </w:tblGrid>
      <w:tr w:rsidR="00893F1A" w:rsidRPr="003774A4" w14:paraId="6D862A61" w14:textId="77777777" w:rsidTr="00C24498">
        <w:trPr>
          <w:cantSplit/>
          <w:trHeight w:hRule="exact" w:val="329"/>
          <w:jc w:val="center"/>
        </w:trPr>
        <w:tc>
          <w:tcPr>
            <w:tcW w:w="15531" w:type="dxa"/>
            <w:gridSpan w:val="8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6C64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798D73D" w14:textId="734DE745" w:rsidR="00893F1A" w:rsidRPr="003774A4" w:rsidRDefault="008B1837" w:rsidP="00C43177">
            <w:r w:rsidRPr="003774A4">
              <w:rPr>
                <w:color w:val="222222"/>
                <w:sz w:val="18"/>
              </w:rPr>
              <w:t>Korte beoordeling</w:t>
            </w:r>
            <w:r w:rsidR="00CE5C0B" w:rsidRPr="003774A4">
              <w:rPr>
                <w:color w:val="222222"/>
                <w:sz w:val="18"/>
              </w:rPr>
              <w:t xml:space="preserve"> doe-activiteit</w:t>
            </w:r>
            <w:r w:rsidR="00C43177" w:rsidRPr="003774A4">
              <w:rPr>
                <w:color w:val="555555"/>
                <w:sz w:val="15"/>
              </w:rPr>
              <w:t xml:space="preserve">                                                                     </w:t>
            </w:r>
            <w:r w:rsidR="00C43177" w:rsidRPr="003774A4">
              <w:rPr>
                <w:color w:val="555555"/>
                <w:sz w:val="18"/>
                <w:szCs w:val="18"/>
              </w:rPr>
              <w:t>Gebruik 1 t/m 5 om de waarde te bepalen. 1 = laag / onvoldoende, 5 = hoog / sterk.</w:t>
            </w:r>
          </w:p>
        </w:tc>
      </w:tr>
      <w:tr w:rsidR="00893F1A" w:rsidRPr="003774A4" w14:paraId="47265809" w14:textId="77777777">
        <w:trPr>
          <w:cantSplit/>
          <w:jc w:val="center"/>
        </w:trPr>
        <w:tc>
          <w:tcPr>
            <w:tcW w:w="53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3F3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F14C8AB" w14:textId="77777777" w:rsidR="00893F1A" w:rsidRPr="003774A4" w:rsidRDefault="008B183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774A4">
              <w:rPr>
                <w:color w:val="222222"/>
                <w:sz w:val="18"/>
                <w:szCs w:val="18"/>
              </w:rPr>
              <w:t>Onderdeel</w:t>
            </w:r>
          </w:p>
        </w:tc>
        <w:tc>
          <w:tcPr>
            <w:tcW w:w="11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3F3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B6324A8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5"/>
              </w:rPr>
              <w:t>1</w:t>
            </w:r>
          </w:p>
        </w:tc>
        <w:tc>
          <w:tcPr>
            <w:tcW w:w="11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3F3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5822762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5"/>
              </w:rPr>
              <w:t>2</w:t>
            </w:r>
          </w:p>
        </w:tc>
        <w:tc>
          <w:tcPr>
            <w:tcW w:w="11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3F3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D2DB93C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5"/>
              </w:rPr>
              <w:t>3</w:t>
            </w:r>
          </w:p>
        </w:tc>
        <w:tc>
          <w:tcPr>
            <w:tcW w:w="11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3F3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E281C72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5"/>
              </w:rPr>
              <w:t>4</w:t>
            </w:r>
          </w:p>
        </w:tc>
        <w:tc>
          <w:tcPr>
            <w:tcW w:w="11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3F3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3D81FC0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5"/>
              </w:rPr>
              <w:t>5</w:t>
            </w:r>
          </w:p>
        </w:tc>
        <w:tc>
          <w:tcPr>
            <w:tcW w:w="14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3F3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546D686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5"/>
              </w:rPr>
              <w:t>N.v.t.</w:t>
            </w:r>
          </w:p>
        </w:tc>
        <w:tc>
          <w:tcPr>
            <w:tcW w:w="27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3F3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9A0C15A" w14:textId="77777777" w:rsidR="00893F1A" w:rsidRPr="003774A4" w:rsidRDefault="008B183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774A4">
              <w:rPr>
                <w:color w:val="222222"/>
                <w:sz w:val="18"/>
                <w:szCs w:val="18"/>
              </w:rPr>
              <w:t>Toelichting / aanpassing</w:t>
            </w:r>
          </w:p>
        </w:tc>
      </w:tr>
      <w:tr w:rsidR="00893F1A" w:rsidRPr="003774A4" w14:paraId="5393C7E0" w14:textId="77777777" w:rsidTr="00CA0E3F">
        <w:trPr>
          <w:cantSplit/>
          <w:trHeight w:hRule="exact" w:val="357"/>
          <w:jc w:val="center"/>
        </w:trPr>
        <w:tc>
          <w:tcPr>
            <w:tcW w:w="53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3F3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50C2FE8" w14:textId="77777777" w:rsidR="00893F1A" w:rsidRPr="003774A4" w:rsidRDefault="008B1837">
            <w:pPr>
              <w:spacing w:after="0" w:line="240" w:lineRule="auto"/>
              <w:rPr>
                <w:sz w:val="18"/>
                <w:szCs w:val="18"/>
              </w:rPr>
            </w:pPr>
            <w:r w:rsidRPr="003774A4">
              <w:rPr>
                <w:color w:val="222222"/>
                <w:sz w:val="18"/>
                <w:szCs w:val="18"/>
              </w:rPr>
              <w:t>Inspirerend voor leerlingen</w:t>
            </w:r>
          </w:p>
        </w:tc>
        <w:tc>
          <w:tcPr>
            <w:tcW w:w="11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F969A91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8"/>
              </w:rPr>
              <w:t>☐</w:t>
            </w:r>
          </w:p>
        </w:tc>
        <w:tc>
          <w:tcPr>
            <w:tcW w:w="11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FB48ADD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8"/>
              </w:rPr>
              <w:t>☐</w:t>
            </w:r>
          </w:p>
        </w:tc>
        <w:tc>
          <w:tcPr>
            <w:tcW w:w="11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C400020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8"/>
              </w:rPr>
              <w:t>☐</w:t>
            </w:r>
          </w:p>
        </w:tc>
        <w:tc>
          <w:tcPr>
            <w:tcW w:w="11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E519C2B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8"/>
              </w:rPr>
              <w:t>☐</w:t>
            </w:r>
          </w:p>
        </w:tc>
        <w:tc>
          <w:tcPr>
            <w:tcW w:w="11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BE127F1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8"/>
              </w:rPr>
              <w:t>☐</w:t>
            </w:r>
          </w:p>
        </w:tc>
        <w:tc>
          <w:tcPr>
            <w:tcW w:w="14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7C60804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8"/>
              </w:rPr>
              <w:t>☐</w:t>
            </w:r>
          </w:p>
        </w:tc>
        <w:tc>
          <w:tcPr>
            <w:tcW w:w="27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32E5585" w14:textId="77777777" w:rsidR="00893F1A" w:rsidRPr="003774A4" w:rsidRDefault="00893F1A">
            <w:pPr>
              <w:spacing w:after="0" w:line="240" w:lineRule="auto"/>
            </w:pPr>
          </w:p>
        </w:tc>
      </w:tr>
      <w:tr w:rsidR="00893F1A" w:rsidRPr="003774A4" w14:paraId="3AC4EDDF" w14:textId="77777777" w:rsidTr="00CA0E3F">
        <w:trPr>
          <w:cantSplit/>
          <w:trHeight w:hRule="exact" w:val="357"/>
          <w:jc w:val="center"/>
        </w:trPr>
        <w:tc>
          <w:tcPr>
            <w:tcW w:w="53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3F3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767C041" w14:textId="77777777" w:rsidR="00893F1A" w:rsidRPr="003774A4" w:rsidRDefault="008B1837">
            <w:pPr>
              <w:spacing w:after="0" w:line="240" w:lineRule="auto"/>
              <w:rPr>
                <w:sz w:val="18"/>
                <w:szCs w:val="18"/>
              </w:rPr>
            </w:pPr>
            <w:r w:rsidRPr="003774A4">
              <w:rPr>
                <w:color w:val="222222"/>
                <w:sz w:val="18"/>
                <w:szCs w:val="18"/>
              </w:rPr>
              <w:t>Actief en hands-on</w:t>
            </w:r>
          </w:p>
        </w:tc>
        <w:tc>
          <w:tcPr>
            <w:tcW w:w="11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2475C53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8"/>
              </w:rPr>
              <w:t>☐</w:t>
            </w:r>
          </w:p>
        </w:tc>
        <w:tc>
          <w:tcPr>
            <w:tcW w:w="11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ADA668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8"/>
              </w:rPr>
              <w:t>☐</w:t>
            </w:r>
          </w:p>
        </w:tc>
        <w:tc>
          <w:tcPr>
            <w:tcW w:w="11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ED5BDD8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8"/>
              </w:rPr>
              <w:t>☐</w:t>
            </w:r>
          </w:p>
        </w:tc>
        <w:tc>
          <w:tcPr>
            <w:tcW w:w="11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8E0EE0C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8"/>
              </w:rPr>
              <w:t>☐</w:t>
            </w:r>
          </w:p>
        </w:tc>
        <w:tc>
          <w:tcPr>
            <w:tcW w:w="11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8190F62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8"/>
              </w:rPr>
              <w:t>☐</w:t>
            </w:r>
          </w:p>
        </w:tc>
        <w:tc>
          <w:tcPr>
            <w:tcW w:w="14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4701850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8"/>
              </w:rPr>
              <w:t>☐</w:t>
            </w:r>
          </w:p>
        </w:tc>
        <w:tc>
          <w:tcPr>
            <w:tcW w:w="27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B619CB1" w14:textId="77777777" w:rsidR="00893F1A" w:rsidRPr="003774A4" w:rsidRDefault="00893F1A">
            <w:pPr>
              <w:spacing w:after="0" w:line="240" w:lineRule="auto"/>
            </w:pPr>
          </w:p>
        </w:tc>
      </w:tr>
      <w:tr w:rsidR="00893F1A" w:rsidRPr="003774A4" w14:paraId="6D37F230" w14:textId="77777777" w:rsidTr="00CA0E3F">
        <w:trPr>
          <w:cantSplit/>
          <w:trHeight w:hRule="exact" w:val="357"/>
          <w:jc w:val="center"/>
        </w:trPr>
        <w:tc>
          <w:tcPr>
            <w:tcW w:w="53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3F3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FE64700" w14:textId="77777777" w:rsidR="00893F1A" w:rsidRPr="003774A4" w:rsidRDefault="008B1837">
            <w:pPr>
              <w:spacing w:after="0" w:line="240" w:lineRule="auto"/>
              <w:rPr>
                <w:sz w:val="18"/>
                <w:szCs w:val="18"/>
              </w:rPr>
            </w:pPr>
            <w:r w:rsidRPr="003774A4">
              <w:rPr>
                <w:color w:val="222222"/>
                <w:sz w:val="18"/>
                <w:szCs w:val="18"/>
              </w:rPr>
              <w:t>Representatief voor het vakgebied</w:t>
            </w:r>
          </w:p>
        </w:tc>
        <w:tc>
          <w:tcPr>
            <w:tcW w:w="11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03E8D50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8"/>
              </w:rPr>
              <w:t>☐</w:t>
            </w:r>
          </w:p>
        </w:tc>
        <w:tc>
          <w:tcPr>
            <w:tcW w:w="11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AC00662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8"/>
              </w:rPr>
              <w:t>☐</w:t>
            </w:r>
          </w:p>
        </w:tc>
        <w:tc>
          <w:tcPr>
            <w:tcW w:w="11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3C1D303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8"/>
              </w:rPr>
              <w:t>☐</w:t>
            </w:r>
          </w:p>
        </w:tc>
        <w:tc>
          <w:tcPr>
            <w:tcW w:w="11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DC90C22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8"/>
              </w:rPr>
              <w:t>☐</w:t>
            </w:r>
          </w:p>
        </w:tc>
        <w:tc>
          <w:tcPr>
            <w:tcW w:w="11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4E3395C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8"/>
              </w:rPr>
              <w:t>☐</w:t>
            </w:r>
          </w:p>
        </w:tc>
        <w:tc>
          <w:tcPr>
            <w:tcW w:w="14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C1C636C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8"/>
              </w:rPr>
              <w:t>☐</w:t>
            </w:r>
          </w:p>
        </w:tc>
        <w:tc>
          <w:tcPr>
            <w:tcW w:w="27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81F20BE" w14:textId="77777777" w:rsidR="00893F1A" w:rsidRPr="003774A4" w:rsidRDefault="00893F1A">
            <w:pPr>
              <w:spacing w:after="0" w:line="240" w:lineRule="auto"/>
            </w:pPr>
          </w:p>
        </w:tc>
      </w:tr>
      <w:tr w:rsidR="00893F1A" w:rsidRPr="003774A4" w14:paraId="4BA89BAA" w14:textId="77777777" w:rsidTr="00CA0E3F">
        <w:trPr>
          <w:cantSplit/>
          <w:trHeight w:hRule="exact" w:val="357"/>
          <w:jc w:val="center"/>
        </w:trPr>
        <w:tc>
          <w:tcPr>
            <w:tcW w:w="53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3F3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652FB20" w14:textId="77777777" w:rsidR="00893F1A" w:rsidRPr="003774A4" w:rsidRDefault="008B1837">
            <w:pPr>
              <w:spacing w:after="0" w:line="240" w:lineRule="auto"/>
              <w:rPr>
                <w:sz w:val="18"/>
                <w:szCs w:val="18"/>
              </w:rPr>
            </w:pPr>
            <w:r w:rsidRPr="003774A4">
              <w:rPr>
                <w:color w:val="222222"/>
                <w:sz w:val="18"/>
                <w:szCs w:val="18"/>
              </w:rPr>
              <w:t>Herkenbaar voor de leefwereld van leerlingen</w:t>
            </w:r>
          </w:p>
        </w:tc>
        <w:tc>
          <w:tcPr>
            <w:tcW w:w="11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878AC75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8"/>
              </w:rPr>
              <w:t>☐</w:t>
            </w:r>
          </w:p>
        </w:tc>
        <w:tc>
          <w:tcPr>
            <w:tcW w:w="11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87CAFF7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8"/>
              </w:rPr>
              <w:t>☐</w:t>
            </w:r>
          </w:p>
        </w:tc>
        <w:tc>
          <w:tcPr>
            <w:tcW w:w="11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27757B3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8"/>
              </w:rPr>
              <w:t>☐</w:t>
            </w:r>
          </w:p>
        </w:tc>
        <w:tc>
          <w:tcPr>
            <w:tcW w:w="11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76C0DA6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8"/>
              </w:rPr>
              <w:t>☐</w:t>
            </w:r>
          </w:p>
        </w:tc>
        <w:tc>
          <w:tcPr>
            <w:tcW w:w="11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75465CF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8"/>
              </w:rPr>
              <w:t>☐</w:t>
            </w:r>
          </w:p>
        </w:tc>
        <w:tc>
          <w:tcPr>
            <w:tcW w:w="14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BD29224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8"/>
              </w:rPr>
              <w:t>☐</w:t>
            </w:r>
          </w:p>
        </w:tc>
        <w:tc>
          <w:tcPr>
            <w:tcW w:w="27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83D1DAF" w14:textId="77777777" w:rsidR="00893F1A" w:rsidRPr="003774A4" w:rsidRDefault="00893F1A">
            <w:pPr>
              <w:spacing w:after="0" w:line="240" w:lineRule="auto"/>
            </w:pPr>
          </w:p>
        </w:tc>
      </w:tr>
      <w:tr w:rsidR="00893F1A" w:rsidRPr="003774A4" w14:paraId="77CF676B" w14:textId="77777777" w:rsidTr="00CA0E3F">
        <w:trPr>
          <w:cantSplit/>
          <w:trHeight w:hRule="exact" w:val="357"/>
          <w:jc w:val="center"/>
        </w:trPr>
        <w:tc>
          <w:tcPr>
            <w:tcW w:w="53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3F3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E68A17A" w14:textId="77777777" w:rsidR="00893F1A" w:rsidRPr="003774A4" w:rsidRDefault="008B1837">
            <w:pPr>
              <w:spacing w:after="0" w:line="240" w:lineRule="auto"/>
              <w:rPr>
                <w:sz w:val="18"/>
                <w:szCs w:val="18"/>
              </w:rPr>
            </w:pPr>
            <w:r w:rsidRPr="003774A4">
              <w:rPr>
                <w:color w:val="222222"/>
                <w:sz w:val="18"/>
                <w:szCs w:val="18"/>
              </w:rPr>
              <w:t>Goed uitvoerbaar binnen de tijd</w:t>
            </w:r>
          </w:p>
        </w:tc>
        <w:tc>
          <w:tcPr>
            <w:tcW w:w="11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F077B32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8"/>
              </w:rPr>
              <w:t>☐</w:t>
            </w:r>
          </w:p>
        </w:tc>
        <w:tc>
          <w:tcPr>
            <w:tcW w:w="11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D0DF7A4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8"/>
              </w:rPr>
              <w:t>☐</w:t>
            </w:r>
          </w:p>
        </w:tc>
        <w:tc>
          <w:tcPr>
            <w:tcW w:w="11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BE23D8C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8"/>
              </w:rPr>
              <w:t>☐</w:t>
            </w:r>
          </w:p>
        </w:tc>
        <w:tc>
          <w:tcPr>
            <w:tcW w:w="11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15FFE13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8"/>
              </w:rPr>
              <w:t>☐</w:t>
            </w:r>
          </w:p>
        </w:tc>
        <w:tc>
          <w:tcPr>
            <w:tcW w:w="11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AA2ED0D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8"/>
              </w:rPr>
              <w:t>☐</w:t>
            </w:r>
          </w:p>
        </w:tc>
        <w:tc>
          <w:tcPr>
            <w:tcW w:w="14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76CF6DE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8"/>
              </w:rPr>
              <w:t>☐</w:t>
            </w:r>
          </w:p>
        </w:tc>
        <w:tc>
          <w:tcPr>
            <w:tcW w:w="27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A479943" w14:textId="77777777" w:rsidR="00893F1A" w:rsidRPr="003774A4" w:rsidRDefault="00893F1A">
            <w:pPr>
              <w:spacing w:after="0" w:line="240" w:lineRule="auto"/>
            </w:pPr>
          </w:p>
        </w:tc>
      </w:tr>
      <w:tr w:rsidR="00893F1A" w:rsidRPr="003774A4" w14:paraId="4C6D3076" w14:textId="77777777" w:rsidTr="00CA0E3F">
        <w:trPr>
          <w:cantSplit/>
          <w:trHeight w:hRule="exact" w:val="357"/>
          <w:jc w:val="center"/>
        </w:trPr>
        <w:tc>
          <w:tcPr>
            <w:tcW w:w="53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3F3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ABF6A08" w14:textId="77777777" w:rsidR="00893F1A" w:rsidRPr="003774A4" w:rsidRDefault="008B1837">
            <w:pPr>
              <w:spacing w:after="0" w:line="240" w:lineRule="auto"/>
              <w:rPr>
                <w:sz w:val="18"/>
                <w:szCs w:val="18"/>
              </w:rPr>
            </w:pPr>
            <w:r w:rsidRPr="003774A4">
              <w:rPr>
                <w:color w:val="222222"/>
                <w:sz w:val="18"/>
                <w:szCs w:val="18"/>
              </w:rPr>
              <w:t>Geschikt voor verschillende niveaus</w:t>
            </w:r>
          </w:p>
        </w:tc>
        <w:tc>
          <w:tcPr>
            <w:tcW w:w="11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C539FFA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8"/>
              </w:rPr>
              <w:t>☐</w:t>
            </w:r>
          </w:p>
        </w:tc>
        <w:tc>
          <w:tcPr>
            <w:tcW w:w="11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F2D2950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8"/>
              </w:rPr>
              <w:t>☐</w:t>
            </w:r>
          </w:p>
        </w:tc>
        <w:tc>
          <w:tcPr>
            <w:tcW w:w="11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296C6B1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8"/>
              </w:rPr>
              <w:t>☐</w:t>
            </w:r>
          </w:p>
        </w:tc>
        <w:tc>
          <w:tcPr>
            <w:tcW w:w="11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D514BF8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8"/>
              </w:rPr>
              <w:t>☐</w:t>
            </w:r>
          </w:p>
        </w:tc>
        <w:tc>
          <w:tcPr>
            <w:tcW w:w="11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2DC3081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8"/>
              </w:rPr>
              <w:t>☐</w:t>
            </w:r>
          </w:p>
        </w:tc>
        <w:tc>
          <w:tcPr>
            <w:tcW w:w="14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43D7C4F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8"/>
              </w:rPr>
              <w:t>☐</w:t>
            </w:r>
          </w:p>
        </w:tc>
        <w:tc>
          <w:tcPr>
            <w:tcW w:w="27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5D6CC6C" w14:textId="77777777" w:rsidR="00893F1A" w:rsidRPr="003774A4" w:rsidRDefault="00893F1A">
            <w:pPr>
              <w:spacing w:after="0" w:line="240" w:lineRule="auto"/>
            </w:pPr>
          </w:p>
        </w:tc>
      </w:tr>
      <w:tr w:rsidR="00893F1A" w:rsidRPr="003774A4" w14:paraId="2063364B" w14:textId="77777777" w:rsidTr="00CA0E3F">
        <w:trPr>
          <w:cantSplit/>
          <w:trHeight w:hRule="exact" w:val="357"/>
          <w:jc w:val="center"/>
        </w:trPr>
        <w:tc>
          <w:tcPr>
            <w:tcW w:w="53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3F3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3E907FF" w14:textId="77777777" w:rsidR="00893F1A" w:rsidRPr="003774A4" w:rsidRDefault="008B1837">
            <w:pPr>
              <w:spacing w:after="0" w:line="240" w:lineRule="auto"/>
              <w:rPr>
                <w:sz w:val="18"/>
                <w:szCs w:val="18"/>
              </w:rPr>
            </w:pPr>
            <w:r w:rsidRPr="003774A4">
              <w:rPr>
                <w:color w:val="222222"/>
                <w:sz w:val="18"/>
                <w:szCs w:val="18"/>
              </w:rPr>
              <w:t>Veilig uitvoerbaar</w:t>
            </w:r>
          </w:p>
        </w:tc>
        <w:tc>
          <w:tcPr>
            <w:tcW w:w="11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DE46F0A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8"/>
              </w:rPr>
              <w:t>☐</w:t>
            </w:r>
          </w:p>
        </w:tc>
        <w:tc>
          <w:tcPr>
            <w:tcW w:w="11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F84D5AE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8"/>
              </w:rPr>
              <w:t>☐</w:t>
            </w:r>
          </w:p>
        </w:tc>
        <w:tc>
          <w:tcPr>
            <w:tcW w:w="11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066893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8"/>
              </w:rPr>
              <w:t>☐</w:t>
            </w:r>
          </w:p>
        </w:tc>
        <w:tc>
          <w:tcPr>
            <w:tcW w:w="11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EE6ACB0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8"/>
              </w:rPr>
              <w:t>☐</w:t>
            </w:r>
          </w:p>
        </w:tc>
        <w:tc>
          <w:tcPr>
            <w:tcW w:w="11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27BBB40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8"/>
              </w:rPr>
              <w:t>☐</w:t>
            </w:r>
          </w:p>
        </w:tc>
        <w:tc>
          <w:tcPr>
            <w:tcW w:w="14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FCB3B86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8"/>
              </w:rPr>
              <w:t>☐</w:t>
            </w:r>
          </w:p>
        </w:tc>
        <w:tc>
          <w:tcPr>
            <w:tcW w:w="27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2B76325" w14:textId="77777777" w:rsidR="00893F1A" w:rsidRPr="003774A4" w:rsidRDefault="00893F1A">
            <w:pPr>
              <w:spacing w:after="0" w:line="240" w:lineRule="auto"/>
            </w:pPr>
          </w:p>
        </w:tc>
      </w:tr>
      <w:tr w:rsidR="00893F1A" w:rsidRPr="003774A4" w14:paraId="7D3E4912" w14:textId="77777777" w:rsidTr="00CA0E3F">
        <w:trPr>
          <w:cantSplit/>
          <w:trHeight w:hRule="exact" w:val="357"/>
          <w:jc w:val="center"/>
        </w:trPr>
        <w:tc>
          <w:tcPr>
            <w:tcW w:w="53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3F3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926A966" w14:textId="77777777" w:rsidR="00893F1A" w:rsidRPr="003774A4" w:rsidRDefault="008B1837">
            <w:pPr>
              <w:spacing w:after="0" w:line="240" w:lineRule="auto"/>
              <w:rPr>
                <w:sz w:val="18"/>
                <w:szCs w:val="18"/>
              </w:rPr>
            </w:pPr>
            <w:r w:rsidRPr="003774A4">
              <w:rPr>
                <w:color w:val="222222"/>
                <w:sz w:val="18"/>
                <w:szCs w:val="18"/>
              </w:rPr>
              <w:t>Duidelijke koppeling met beroep of opleiding</w:t>
            </w:r>
          </w:p>
        </w:tc>
        <w:tc>
          <w:tcPr>
            <w:tcW w:w="11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B3D72D6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8"/>
              </w:rPr>
              <w:t>☐</w:t>
            </w:r>
          </w:p>
        </w:tc>
        <w:tc>
          <w:tcPr>
            <w:tcW w:w="11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F6B7233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8"/>
              </w:rPr>
              <w:t>☐</w:t>
            </w:r>
          </w:p>
        </w:tc>
        <w:tc>
          <w:tcPr>
            <w:tcW w:w="11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8091579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8"/>
              </w:rPr>
              <w:t>☐</w:t>
            </w:r>
          </w:p>
        </w:tc>
        <w:tc>
          <w:tcPr>
            <w:tcW w:w="11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F89A20A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8"/>
              </w:rPr>
              <w:t>☐</w:t>
            </w:r>
          </w:p>
        </w:tc>
        <w:tc>
          <w:tcPr>
            <w:tcW w:w="11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E1A46BB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8"/>
              </w:rPr>
              <w:t>☐</w:t>
            </w:r>
          </w:p>
        </w:tc>
        <w:tc>
          <w:tcPr>
            <w:tcW w:w="14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1183965" w14:textId="77777777" w:rsidR="00893F1A" w:rsidRPr="003774A4" w:rsidRDefault="008B1837">
            <w:pPr>
              <w:spacing w:after="0" w:line="240" w:lineRule="auto"/>
              <w:jc w:val="center"/>
            </w:pPr>
            <w:r w:rsidRPr="003774A4">
              <w:rPr>
                <w:color w:val="222222"/>
                <w:sz w:val="18"/>
              </w:rPr>
              <w:t>☐</w:t>
            </w:r>
          </w:p>
        </w:tc>
        <w:tc>
          <w:tcPr>
            <w:tcW w:w="27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95E99C7" w14:textId="77777777" w:rsidR="00893F1A" w:rsidRPr="003774A4" w:rsidRDefault="00893F1A">
            <w:pPr>
              <w:spacing w:after="0" w:line="240" w:lineRule="auto"/>
            </w:pPr>
          </w:p>
        </w:tc>
      </w:tr>
    </w:tbl>
    <w:p w14:paraId="12E77694" w14:textId="77777777" w:rsidR="005F2918" w:rsidRPr="003774A4" w:rsidRDefault="005F2918">
      <w:pPr>
        <w:spacing w:before="80" w:after="40"/>
        <w:rPr>
          <w:color w:val="1F4E79"/>
          <w:sz w:val="18"/>
        </w:rPr>
      </w:pPr>
    </w:p>
    <w:p w14:paraId="59863950" w14:textId="344ED5CF" w:rsidR="00893F1A" w:rsidRPr="003774A4" w:rsidRDefault="00893F1A">
      <w:pPr>
        <w:spacing w:before="80" w:after="40"/>
        <w:rPr>
          <w:color w:val="1F4E79"/>
          <w:sz w:val="18"/>
          <w:szCs w:val="18"/>
        </w:rPr>
      </w:pPr>
    </w:p>
    <w:p w14:paraId="21E71F28" w14:textId="05884991" w:rsidR="00893F1A" w:rsidRPr="003774A4" w:rsidRDefault="000C3372" w:rsidP="00BE5B25">
      <w:r w:rsidRPr="003774A4">
        <w:rPr>
          <w:color w:val="1F4E79"/>
          <w:sz w:val="18"/>
        </w:rPr>
        <w:t>4</w:t>
      </w:r>
      <w:r w:rsidR="008B1837" w:rsidRPr="003774A4">
        <w:rPr>
          <w:color w:val="1F4E79"/>
          <w:sz w:val="18"/>
        </w:rPr>
        <w:t>. AFRONDING EN AFSPRAKEN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6"/>
        <w:gridCol w:w="11057"/>
      </w:tblGrid>
      <w:tr w:rsidR="000C3372" w:rsidRPr="003774A4" w14:paraId="65DCE182" w14:textId="77777777" w:rsidTr="003774A4">
        <w:trPr>
          <w:cantSplit/>
          <w:trHeight w:val="328"/>
        </w:trPr>
        <w:tc>
          <w:tcPr>
            <w:tcW w:w="4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C000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8D76E36" w14:textId="77777777" w:rsidR="000C3372" w:rsidRPr="003774A4" w:rsidRDefault="000C3372">
            <w:pPr>
              <w:spacing w:after="0" w:line="240" w:lineRule="auto"/>
              <w:rPr>
                <w:sz w:val="18"/>
                <w:szCs w:val="18"/>
              </w:rPr>
            </w:pPr>
            <w:r w:rsidRPr="003774A4">
              <w:rPr>
                <w:color w:val="222222"/>
                <w:sz w:val="18"/>
                <w:szCs w:val="18"/>
              </w:rPr>
              <w:t>Activiteit inhoudelijk besproken met wereldleider</w:t>
            </w:r>
          </w:p>
        </w:tc>
        <w:tc>
          <w:tcPr>
            <w:tcW w:w="110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BABCD16" w14:textId="3AD089D8" w:rsidR="000C3372" w:rsidRPr="003774A4" w:rsidRDefault="000C3372">
            <w:pPr>
              <w:spacing w:after="0" w:line="240" w:lineRule="auto"/>
              <w:rPr>
                <w:sz w:val="18"/>
                <w:szCs w:val="18"/>
              </w:rPr>
            </w:pPr>
            <w:r w:rsidRPr="003774A4">
              <w:rPr>
                <w:color w:val="222222"/>
                <w:sz w:val="18"/>
                <w:szCs w:val="18"/>
              </w:rPr>
              <w:t>☐ Ja ☐ Nee</w:t>
            </w:r>
            <w:r w:rsidR="003774A4">
              <w:rPr>
                <w:color w:val="222222"/>
                <w:sz w:val="18"/>
                <w:szCs w:val="18"/>
              </w:rPr>
              <w:t xml:space="preserve"> </w:t>
            </w:r>
            <w:r w:rsidR="003774A4" w:rsidRPr="003774A4">
              <w:rPr>
                <w:color w:val="222222"/>
                <w:sz w:val="18"/>
                <w:szCs w:val="18"/>
              </w:rPr>
              <w:t xml:space="preserve">☐ </w:t>
            </w:r>
            <w:r w:rsidR="003774A4">
              <w:rPr>
                <w:color w:val="222222"/>
                <w:sz w:val="18"/>
                <w:szCs w:val="18"/>
              </w:rPr>
              <w:t>ik wil graag in gesprek</w:t>
            </w:r>
          </w:p>
        </w:tc>
      </w:tr>
      <w:tr w:rsidR="000C3372" w:rsidRPr="003774A4" w14:paraId="174FF9B6" w14:textId="77777777" w:rsidTr="003774A4">
        <w:trPr>
          <w:cantSplit/>
          <w:trHeight w:val="328"/>
        </w:trPr>
        <w:tc>
          <w:tcPr>
            <w:tcW w:w="4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3F3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BE57293" w14:textId="0E207BFA" w:rsidR="000C3372" w:rsidRPr="003774A4" w:rsidRDefault="00F5553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color w:val="222222"/>
                <w:sz w:val="18"/>
                <w:szCs w:val="18"/>
              </w:rPr>
              <w:t xml:space="preserve">Geef een korte omschrijving van de doe-activiteit die we op </w:t>
            </w:r>
            <w:proofErr w:type="spellStart"/>
            <w:r>
              <w:rPr>
                <w:color w:val="222222"/>
                <w:sz w:val="18"/>
                <w:szCs w:val="18"/>
              </w:rPr>
              <w:t>social</w:t>
            </w:r>
            <w:proofErr w:type="spellEnd"/>
            <w:r>
              <w:rPr>
                <w:color w:val="222222"/>
                <w:sz w:val="18"/>
                <w:szCs w:val="18"/>
              </w:rPr>
              <w:t xml:space="preserve"> media kunnen gebruiken</w:t>
            </w:r>
          </w:p>
        </w:tc>
        <w:tc>
          <w:tcPr>
            <w:tcW w:w="110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C695356" w14:textId="48C588C9" w:rsidR="000C3372" w:rsidRPr="003774A4" w:rsidRDefault="000C3372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F1928" w:rsidRPr="003774A4" w14:paraId="5707A673" w14:textId="77777777" w:rsidTr="003774A4">
        <w:trPr>
          <w:cantSplit/>
          <w:trHeight w:val="328"/>
        </w:trPr>
        <w:tc>
          <w:tcPr>
            <w:tcW w:w="4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3F3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16141F8" w14:textId="45043003" w:rsidR="004F1928" w:rsidRPr="003774A4" w:rsidRDefault="004F1928">
            <w:pPr>
              <w:spacing w:after="0" w:line="240" w:lineRule="auto"/>
              <w:rPr>
                <w:color w:val="222222"/>
                <w:sz w:val="18"/>
                <w:szCs w:val="18"/>
              </w:rPr>
            </w:pPr>
            <w:r w:rsidRPr="003774A4">
              <w:rPr>
                <w:color w:val="222222"/>
                <w:sz w:val="18"/>
                <w:szCs w:val="18"/>
              </w:rPr>
              <w:t>Logo/foto beschikbaar voor communicatie</w:t>
            </w:r>
            <w:r w:rsidR="00F55531">
              <w:rPr>
                <w:color w:val="222222"/>
                <w:sz w:val="18"/>
                <w:szCs w:val="18"/>
              </w:rPr>
              <w:t>? Graag met dit formulier meesturen naar de wereldleider</w:t>
            </w:r>
          </w:p>
        </w:tc>
        <w:tc>
          <w:tcPr>
            <w:tcW w:w="110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B2C8C1A" w14:textId="35D70DF5" w:rsidR="004F1928" w:rsidRPr="003774A4" w:rsidRDefault="004F1928">
            <w:pPr>
              <w:spacing w:after="0" w:line="240" w:lineRule="auto"/>
              <w:rPr>
                <w:color w:val="222222"/>
                <w:sz w:val="18"/>
                <w:szCs w:val="18"/>
              </w:rPr>
            </w:pPr>
            <w:r w:rsidRPr="003774A4">
              <w:rPr>
                <w:rFonts w:ascii="Segoe UI Symbol" w:hAnsi="Segoe UI Symbol" w:cs="Segoe UI Symbol"/>
                <w:color w:val="222222"/>
                <w:sz w:val="18"/>
                <w:szCs w:val="18"/>
              </w:rPr>
              <w:t>☐</w:t>
            </w:r>
            <w:r w:rsidRPr="003774A4">
              <w:rPr>
                <w:color w:val="222222"/>
                <w:sz w:val="18"/>
                <w:szCs w:val="18"/>
              </w:rPr>
              <w:t xml:space="preserve"> Ja </w:t>
            </w:r>
            <w:r w:rsidRPr="003774A4">
              <w:rPr>
                <w:rFonts w:ascii="Segoe UI Symbol" w:hAnsi="Segoe UI Symbol" w:cs="Segoe UI Symbol"/>
                <w:color w:val="222222"/>
                <w:sz w:val="18"/>
                <w:szCs w:val="18"/>
              </w:rPr>
              <w:t>☐</w:t>
            </w:r>
            <w:r w:rsidRPr="003774A4">
              <w:rPr>
                <w:color w:val="222222"/>
                <w:sz w:val="18"/>
                <w:szCs w:val="18"/>
              </w:rPr>
              <w:t xml:space="preserve"> Nee</w:t>
            </w:r>
          </w:p>
        </w:tc>
      </w:tr>
      <w:tr w:rsidR="000C3372" w:rsidRPr="003774A4" w14:paraId="39F64164" w14:textId="77777777" w:rsidTr="003774A4">
        <w:trPr>
          <w:cantSplit/>
          <w:trHeight w:val="1235"/>
        </w:trPr>
        <w:tc>
          <w:tcPr>
            <w:tcW w:w="1559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3F3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1B1C5B3" w14:textId="3C2698F3" w:rsidR="000C3372" w:rsidRPr="003774A4" w:rsidRDefault="00A5564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Omschrijf hier in enkele regels welke inspirerende doe-activiteit jullie organiseren, zodat we die kunnen inzetten voor promotie- en communicatie-doeleinden. </w:t>
            </w:r>
          </w:p>
        </w:tc>
      </w:tr>
      <w:tr w:rsidR="003774A4" w:rsidRPr="003774A4" w14:paraId="0923AD72" w14:textId="77777777" w:rsidTr="003774A4">
        <w:trPr>
          <w:cantSplit/>
          <w:trHeight w:val="1235"/>
        </w:trPr>
        <w:tc>
          <w:tcPr>
            <w:tcW w:w="1559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3F3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97FDBE6" w14:textId="25C60C9F" w:rsidR="003774A4" w:rsidRPr="003774A4" w:rsidRDefault="003774A4">
            <w:pPr>
              <w:spacing w:after="0" w:line="240" w:lineRule="auto"/>
              <w:rPr>
                <w:color w:val="222222"/>
                <w:sz w:val="18"/>
                <w:szCs w:val="18"/>
              </w:rPr>
            </w:pPr>
            <w:r w:rsidRPr="003774A4">
              <w:rPr>
                <w:color w:val="222222"/>
                <w:sz w:val="18"/>
                <w:szCs w:val="18"/>
              </w:rPr>
              <w:t>Open punten / vragen:</w:t>
            </w:r>
          </w:p>
        </w:tc>
      </w:tr>
    </w:tbl>
    <w:p w14:paraId="37B270DF" w14:textId="77777777" w:rsidR="00BB04B3" w:rsidRPr="003774A4" w:rsidRDefault="00BB04B3">
      <w:pPr>
        <w:spacing w:before="160"/>
        <w:rPr>
          <w:color w:val="1F4E79"/>
          <w:sz w:val="20"/>
        </w:rPr>
      </w:pPr>
    </w:p>
    <w:p w14:paraId="33CE87A3" w14:textId="77777777" w:rsidR="004F1928" w:rsidRPr="003774A4" w:rsidRDefault="004F1928">
      <w:pPr>
        <w:spacing w:before="160"/>
        <w:rPr>
          <w:color w:val="1F4E79"/>
          <w:sz w:val="20"/>
        </w:rPr>
      </w:pPr>
    </w:p>
    <w:p w14:paraId="5EAC0739" w14:textId="219143E9" w:rsidR="00755FEE" w:rsidRPr="003774A4" w:rsidRDefault="00755FEE">
      <w:pPr>
        <w:spacing w:before="160"/>
        <w:rPr>
          <w:color w:val="1F4E79"/>
          <w:sz w:val="20"/>
        </w:rPr>
      </w:pPr>
    </w:p>
    <w:p w14:paraId="3D270262" w14:textId="06E10799" w:rsidR="001816EF" w:rsidRPr="003774A4" w:rsidRDefault="008B1837">
      <w:pPr>
        <w:spacing w:before="160"/>
      </w:pPr>
      <w:r w:rsidRPr="003774A4">
        <w:rPr>
          <w:color w:val="1F4E79"/>
          <w:sz w:val="20"/>
        </w:rPr>
        <w:t>Bedankt voor het invullen. Samen maken we techniek, technologie en praktijk tastbaar voor Zeeuwse jongeren.</w:t>
      </w:r>
      <w:r w:rsidR="001816EF" w:rsidRPr="003774A4">
        <w:t xml:space="preserve"> </w:t>
      </w:r>
    </w:p>
    <w:p w14:paraId="1683BD57" w14:textId="4D4AF923" w:rsidR="00A03324" w:rsidRPr="003774A4" w:rsidRDefault="00755FEE">
      <w:pPr>
        <w:spacing w:before="160"/>
        <w:rPr>
          <w:b/>
          <w:bCs/>
          <w:color w:val="1F4E79"/>
          <w:sz w:val="20"/>
        </w:rPr>
      </w:pPr>
      <w:r w:rsidRPr="003774A4">
        <w:rPr>
          <w:b/>
          <w:bCs/>
          <w:color w:val="1F4E79"/>
          <w:sz w:val="20"/>
        </w:rPr>
        <w:t xml:space="preserve">Ons doel is om in september een volledig beeld te hebben van alle activiteiten. Daarom ontvangen wij het ingevulde formulier bij voorkeur vóór 1 september retour. Mocht dit niet haalbaar zijn, neem dan tijdig contact op met </w:t>
      </w:r>
      <w:r w:rsidR="003774A4">
        <w:rPr>
          <w:b/>
          <w:bCs/>
          <w:color w:val="1F4E79"/>
          <w:sz w:val="20"/>
        </w:rPr>
        <w:t>de betreffende</w:t>
      </w:r>
      <w:r w:rsidRPr="003774A4">
        <w:rPr>
          <w:b/>
          <w:bCs/>
          <w:color w:val="1F4E79"/>
          <w:sz w:val="20"/>
        </w:rPr>
        <w:t xml:space="preserve"> wereldleider.</w:t>
      </w:r>
    </w:p>
    <w:p w14:paraId="434541E5" w14:textId="3F645B99" w:rsidR="003774A4" w:rsidRPr="003774A4" w:rsidRDefault="003774A4">
      <w:pPr>
        <w:spacing w:before="160"/>
        <w:rPr>
          <w:b/>
          <w:bCs/>
          <w:color w:val="1F4E79"/>
          <w:sz w:val="20"/>
        </w:rPr>
      </w:pPr>
    </w:p>
    <w:p w14:paraId="76749762" w14:textId="6420BFE5" w:rsidR="00557B42" w:rsidRPr="000214B8" w:rsidRDefault="00557B42" w:rsidP="00557B42">
      <w:pPr>
        <w:spacing w:before="80" w:after="40"/>
      </w:pPr>
      <w:r w:rsidRPr="000214B8">
        <w:rPr>
          <w:color w:val="1F4E79"/>
          <w:sz w:val="18"/>
        </w:rPr>
        <w:t>HULP OF VRAGEN? NEEM CONTACT OP MET DE WERELDLEIDER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08"/>
        <w:gridCol w:w="2608"/>
        <w:gridCol w:w="2608"/>
        <w:gridCol w:w="2608"/>
        <w:gridCol w:w="2608"/>
        <w:gridCol w:w="2608"/>
      </w:tblGrid>
      <w:tr w:rsidR="00557B42" w14:paraId="1D516A2D" w14:textId="77777777" w:rsidTr="00444732">
        <w:trPr>
          <w:cantSplit/>
          <w:trHeight w:hRule="exact" w:val="724"/>
          <w:jc w:val="center"/>
        </w:trPr>
        <w:tc>
          <w:tcPr>
            <w:tcW w:w="2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3F3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1E07812" w14:textId="77777777" w:rsidR="00557B42" w:rsidRPr="00E11614" w:rsidRDefault="00557B42" w:rsidP="00444732">
            <w:pPr>
              <w:spacing w:after="0" w:line="240" w:lineRule="auto"/>
              <w:rPr>
                <w:sz w:val="20"/>
                <w:szCs w:val="20"/>
              </w:rPr>
            </w:pPr>
            <w:r w:rsidRPr="00E11614">
              <w:rPr>
                <w:color w:val="222222"/>
                <w:sz w:val="20"/>
                <w:szCs w:val="20"/>
              </w:rPr>
              <w:t>Mens &amp; Gezondheid</w:t>
            </w:r>
          </w:p>
        </w:tc>
        <w:tc>
          <w:tcPr>
            <w:tcW w:w="2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3F3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B6B32EA" w14:textId="77777777" w:rsidR="00557B42" w:rsidRPr="00E11614" w:rsidRDefault="00557B42" w:rsidP="00444732">
            <w:pPr>
              <w:spacing w:after="0" w:line="240" w:lineRule="auto"/>
              <w:rPr>
                <w:sz w:val="20"/>
                <w:szCs w:val="20"/>
              </w:rPr>
            </w:pPr>
            <w:r w:rsidRPr="00E11614">
              <w:rPr>
                <w:color w:val="222222"/>
                <w:sz w:val="20"/>
                <w:szCs w:val="20"/>
              </w:rPr>
              <w:t>Energie, Water, Veiligheid &amp; Maritiem</w:t>
            </w:r>
          </w:p>
        </w:tc>
        <w:tc>
          <w:tcPr>
            <w:tcW w:w="2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3F3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A8D15E5" w14:textId="77777777" w:rsidR="00557B42" w:rsidRPr="00E11614" w:rsidRDefault="00557B42" w:rsidP="00444732">
            <w:pPr>
              <w:spacing w:after="0" w:line="240" w:lineRule="auto"/>
              <w:rPr>
                <w:sz w:val="20"/>
                <w:szCs w:val="20"/>
              </w:rPr>
            </w:pPr>
            <w:r w:rsidRPr="00E11614">
              <w:rPr>
                <w:color w:val="222222"/>
                <w:sz w:val="20"/>
                <w:szCs w:val="20"/>
              </w:rPr>
              <w:t>Voeding &amp; Natuur</w:t>
            </w:r>
          </w:p>
        </w:tc>
        <w:tc>
          <w:tcPr>
            <w:tcW w:w="2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3F3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18DD8B2" w14:textId="77777777" w:rsidR="00557B42" w:rsidRPr="00E11614" w:rsidRDefault="00557B42" w:rsidP="00444732">
            <w:pPr>
              <w:spacing w:after="0" w:line="240" w:lineRule="auto"/>
              <w:rPr>
                <w:sz w:val="20"/>
                <w:szCs w:val="20"/>
              </w:rPr>
            </w:pPr>
            <w:r w:rsidRPr="00E11614">
              <w:rPr>
                <w:color w:val="222222"/>
                <w:sz w:val="20"/>
                <w:szCs w:val="20"/>
              </w:rPr>
              <w:t>Wonen, Werken &amp; Verkeer</w:t>
            </w:r>
          </w:p>
        </w:tc>
        <w:tc>
          <w:tcPr>
            <w:tcW w:w="2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3F3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9BEEAB8" w14:textId="77777777" w:rsidR="00557B42" w:rsidRPr="00E11614" w:rsidRDefault="00557B42" w:rsidP="00444732">
            <w:pPr>
              <w:spacing w:after="0" w:line="240" w:lineRule="auto"/>
              <w:rPr>
                <w:sz w:val="20"/>
                <w:szCs w:val="20"/>
              </w:rPr>
            </w:pPr>
            <w:r w:rsidRPr="00E11614">
              <w:rPr>
                <w:color w:val="222222"/>
                <w:sz w:val="20"/>
                <w:szCs w:val="20"/>
              </w:rPr>
              <w:t>Ontwerp, Productie &amp; Wereldhandel</w:t>
            </w:r>
          </w:p>
        </w:tc>
        <w:tc>
          <w:tcPr>
            <w:tcW w:w="2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3F3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C3F8EAE" w14:textId="2A6A0F7F" w:rsidR="00557B42" w:rsidRPr="00E11614" w:rsidRDefault="00557B42" w:rsidP="00444732">
            <w:pPr>
              <w:spacing w:after="0" w:line="240" w:lineRule="auto"/>
              <w:rPr>
                <w:sz w:val="20"/>
                <w:szCs w:val="20"/>
              </w:rPr>
            </w:pPr>
            <w:r w:rsidRPr="00E11614">
              <w:rPr>
                <w:color w:val="222222"/>
                <w:sz w:val="20"/>
                <w:szCs w:val="20"/>
              </w:rPr>
              <w:t>Digitaal, Media &amp; Entertainment &amp; Hi-tech &amp; Science</w:t>
            </w:r>
          </w:p>
        </w:tc>
      </w:tr>
      <w:tr w:rsidR="00557B42" w14:paraId="1A8317E5" w14:textId="77777777" w:rsidTr="00444732">
        <w:trPr>
          <w:cantSplit/>
          <w:trHeight w:hRule="exact" w:val="352"/>
          <w:jc w:val="center"/>
        </w:trPr>
        <w:tc>
          <w:tcPr>
            <w:tcW w:w="2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7630654" w14:textId="77777777" w:rsidR="00557B42" w:rsidRPr="00E11614" w:rsidRDefault="00557B42" w:rsidP="00444732">
            <w:pPr>
              <w:spacing w:after="0" w:line="240" w:lineRule="auto"/>
              <w:rPr>
                <w:sz w:val="20"/>
                <w:szCs w:val="20"/>
              </w:rPr>
            </w:pPr>
            <w:r w:rsidRPr="00E11614">
              <w:rPr>
                <w:color w:val="222222"/>
                <w:sz w:val="20"/>
                <w:szCs w:val="20"/>
              </w:rPr>
              <w:t>Petra Varenkamp</w:t>
            </w:r>
          </w:p>
        </w:tc>
        <w:tc>
          <w:tcPr>
            <w:tcW w:w="2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CF6B762" w14:textId="77777777" w:rsidR="00557B42" w:rsidRPr="00E11614" w:rsidRDefault="00557B42" w:rsidP="00444732">
            <w:pPr>
              <w:spacing w:after="0" w:line="240" w:lineRule="auto"/>
              <w:rPr>
                <w:sz w:val="20"/>
                <w:szCs w:val="20"/>
              </w:rPr>
            </w:pPr>
            <w:r w:rsidRPr="00E11614">
              <w:rPr>
                <w:color w:val="222222"/>
                <w:sz w:val="20"/>
                <w:szCs w:val="20"/>
              </w:rPr>
              <w:t>Diewertje Dekker</w:t>
            </w:r>
          </w:p>
        </w:tc>
        <w:tc>
          <w:tcPr>
            <w:tcW w:w="2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FE5EF88" w14:textId="77777777" w:rsidR="00557B42" w:rsidRPr="00E11614" w:rsidRDefault="00557B42" w:rsidP="00444732">
            <w:pPr>
              <w:spacing w:after="0" w:line="240" w:lineRule="auto"/>
              <w:rPr>
                <w:sz w:val="20"/>
                <w:szCs w:val="20"/>
              </w:rPr>
            </w:pPr>
            <w:r w:rsidRPr="00E11614">
              <w:rPr>
                <w:color w:val="222222"/>
                <w:sz w:val="20"/>
                <w:szCs w:val="20"/>
              </w:rPr>
              <w:t>Lisette Joziasse</w:t>
            </w:r>
          </w:p>
        </w:tc>
        <w:tc>
          <w:tcPr>
            <w:tcW w:w="2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32338CD" w14:textId="77777777" w:rsidR="00557B42" w:rsidRPr="00E11614" w:rsidRDefault="00557B42" w:rsidP="00444732">
            <w:pPr>
              <w:spacing w:after="0" w:line="240" w:lineRule="auto"/>
              <w:rPr>
                <w:sz w:val="20"/>
                <w:szCs w:val="20"/>
              </w:rPr>
            </w:pPr>
            <w:r w:rsidRPr="00E11614">
              <w:rPr>
                <w:color w:val="222222"/>
                <w:sz w:val="20"/>
                <w:szCs w:val="20"/>
              </w:rPr>
              <w:t>Jos Lukasse</w:t>
            </w:r>
          </w:p>
        </w:tc>
        <w:tc>
          <w:tcPr>
            <w:tcW w:w="2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9470F2D" w14:textId="77777777" w:rsidR="00557B42" w:rsidRPr="00E11614" w:rsidRDefault="00557B42" w:rsidP="00444732">
            <w:pPr>
              <w:spacing w:after="0" w:line="240" w:lineRule="auto"/>
              <w:rPr>
                <w:sz w:val="20"/>
                <w:szCs w:val="20"/>
              </w:rPr>
            </w:pPr>
            <w:r w:rsidRPr="00E11614">
              <w:rPr>
                <w:color w:val="222222"/>
                <w:sz w:val="20"/>
                <w:szCs w:val="20"/>
              </w:rPr>
              <w:t>Rudolf Markesteijn</w:t>
            </w:r>
          </w:p>
        </w:tc>
        <w:tc>
          <w:tcPr>
            <w:tcW w:w="2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61E111C" w14:textId="77777777" w:rsidR="00557B42" w:rsidRPr="00E11614" w:rsidRDefault="00557B42" w:rsidP="00444732">
            <w:pPr>
              <w:spacing w:after="0" w:line="240" w:lineRule="auto"/>
              <w:rPr>
                <w:sz w:val="20"/>
                <w:szCs w:val="20"/>
              </w:rPr>
            </w:pPr>
            <w:r w:rsidRPr="00E11614">
              <w:rPr>
                <w:color w:val="222222"/>
                <w:sz w:val="20"/>
                <w:szCs w:val="20"/>
              </w:rPr>
              <w:t>Pieter Raes</w:t>
            </w:r>
          </w:p>
        </w:tc>
      </w:tr>
      <w:tr w:rsidR="00557B42" w14:paraId="68BB37A3" w14:textId="77777777" w:rsidTr="00444732">
        <w:trPr>
          <w:cantSplit/>
          <w:trHeight w:hRule="exact" w:val="352"/>
          <w:jc w:val="center"/>
        </w:trPr>
        <w:tc>
          <w:tcPr>
            <w:tcW w:w="2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23872ED" w14:textId="77777777" w:rsidR="00557B42" w:rsidRPr="00E11614" w:rsidRDefault="00557B42" w:rsidP="00444732">
            <w:pPr>
              <w:spacing w:after="0" w:line="240" w:lineRule="auto"/>
              <w:rPr>
                <w:sz w:val="20"/>
                <w:szCs w:val="20"/>
              </w:rPr>
            </w:pPr>
            <w:r w:rsidRPr="00E11614">
              <w:rPr>
                <w:color w:val="222222"/>
                <w:sz w:val="20"/>
                <w:szCs w:val="20"/>
              </w:rPr>
              <w:t>06-40475606</w:t>
            </w:r>
          </w:p>
        </w:tc>
        <w:tc>
          <w:tcPr>
            <w:tcW w:w="2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A9DB38F" w14:textId="77777777" w:rsidR="00557B42" w:rsidRPr="00E11614" w:rsidRDefault="00557B42" w:rsidP="00444732">
            <w:pPr>
              <w:spacing w:after="0" w:line="240" w:lineRule="auto"/>
              <w:rPr>
                <w:sz w:val="20"/>
                <w:szCs w:val="20"/>
              </w:rPr>
            </w:pPr>
            <w:r w:rsidRPr="00E11614">
              <w:rPr>
                <w:color w:val="222222"/>
                <w:sz w:val="20"/>
                <w:szCs w:val="20"/>
              </w:rPr>
              <w:t>06-14412413</w:t>
            </w:r>
          </w:p>
        </w:tc>
        <w:tc>
          <w:tcPr>
            <w:tcW w:w="2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EFE3709" w14:textId="77777777" w:rsidR="00557B42" w:rsidRPr="00E11614" w:rsidRDefault="00557B42" w:rsidP="00444732">
            <w:pPr>
              <w:spacing w:after="0" w:line="240" w:lineRule="auto"/>
              <w:rPr>
                <w:sz w:val="20"/>
                <w:szCs w:val="20"/>
              </w:rPr>
            </w:pPr>
            <w:r w:rsidRPr="00E11614">
              <w:rPr>
                <w:color w:val="222222"/>
                <w:sz w:val="20"/>
                <w:szCs w:val="20"/>
              </w:rPr>
              <w:t>06-30378619</w:t>
            </w:r>
          </w:p>
        </w:tc>
        <w:tc>
          <w:tcPr>
            <w:tcW w:w="2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992360E" w14:textId="77777777" w:rsidR="00557B42" w:rsidRPr="00E11614" w:rsidRDefault="00557B42" w:rsidP="00444732">
            <w:pPr>
              <w:spacing w:after="0" w:line="240" w:lineRule="auto"/>
              <w:rPr>
                <w:sz w:val="20"/>
                <w:szCs w:val="20"/>
              </w:rPr>
            </w:pPr>
            <w:r w:rsidRPr="00E11614">
              <w:rPr>
                <w:color w:val="222222"/>
                <w:sz w:val="20"/>
                <w:szCs w:val="20"/>
              </w:rPr>
              <w:t>06-27094320</w:t>
            </w:r>
          </w:p>
        </w:tc>
        <w:tc>
          <w:tcPr>
            <w:tcW w:w="2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9306C23" w14:textId="77777777" w:rsidR="00557B42" w:rsidRPr="00E11614" w:rsidRDefault="00557B42" w:rsidP="00444732">
            <w:pPr>
              <w:spacing w:after="0" w:line="240" w:lineRule="auto"/>
              <w:rPr>
                <w:sz w:val="20"/>
                <w:szCs w:val="20"/>
              </w:rPr>
            </w:pPr>
            <w:r w:rsidRPr="00E11614">
              <w:rPr>
                <w:color w:val="222222"/>
                <w:sz w:val="20"/>
                <w:szCs w:val="20"/>
              </w:rPr>
              <w:t>06-51993584</w:t>
            </w:r>
          </w:p>
        </w:tc>
        <w:tc>
          <w:tcPr>
            <w:tcW w:w="2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1B14544" w14:textId="77777777" w:rsidR="00557B42" w:rsidRPr="00E11614" w:rsidRDefault="00557B42" w:rsidP="00444732">
            <w:pPr>
              <w:spacing w:after="0" w:line="240" w:lineRule="auto"/>
              <w:rPr>
                <w:sz w:val="20"/>
                <w:szCs w:val="20"/>
              </w:rPr>
            </w:pPr>
            <w:r w:rsidRPr="00E11614">
              <w:rPr>
                <w:color w:val="222222"/>
                <w:sz w:val="20"/>
                <w:szCs w:val="20"/>
              </w:rPr>
              <w:t>06-53353419</w:t>
            </w:r>
          </w:p>
        </w:tc>
      </w:tr>
      <w:tr w:rsidR="00557B42" w14:paraId="4A799120" w14:textId="77777777" w:rsidTr="00444732">
        <w:trPr>
          <w:cantSplit/>
          <w:trHeight w:hRule="exact" w:val="352"/>
          <w:jc w:val="center"/>
        </w:trPr>
        <w:tc>
          <w:tcPr>
            <w:tcW w:w="2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15264AB" w14:textId="77777777" w:rsidR="00557B42" w:rsidRPr="00E11614" w:rsidRDefault="00557B42" w:rsidP="00444732">
            <w:pPr>
              <w:spacing w:after="0" w:line="240" w:lineRule="auto"/>
              <w:rPr>
                <w:sz w:val="20"/>
                <w:szCs w:val="20"/>
              </w:rPr>
            </w:pPr>
            <w:hyperlink r:id="rId14" w:history="1">
              <w:r w:rsidRPr="009A4ADF">
                <w:rPr>
                  <w:rStyle w:val="Hyperlink"/>
                  <w:sz w:val="20"/>
                  <w:szCs w:val="20"/>
                </w:rPr>
                <w:t>petra@stozeeland.nl</w:t>
              </w:r>
            </w:hyperlink>
          </w:p>
        </w:tc>
        <w:tc>
          <w:tcPr>
            <w:tcW w:w="2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0ECE903" w14:textId="77777777" w:rsidR="00557B42" w:rsidRPr="00E11614" w:rsidRDefault="00557B42" w:rsidP="00444732">
            <w:pPr>
              <w:spacing w:after="0" w:line="240" w:lineRule="auto"/>
              <w:rPr>
                <w:sz w:val="20"/>
                <w:szCs w:val="20"/>
              </w:rPr>
            </w:pPr>
            <w:hyperlink r:id="rId15" w:history="1">
              <w:r w:rsidRPr="009A4ADF">
                <w:rPr>
                  <w:rStyle w:val="Hyperlink"/>
                  <w:sz w:val="20"/>
                  <w:szCs w:val="20"/>
                </w:rPr>
                <w:t>diewertje@stozeeland.nl</w:t>
              </w:r>
            </w:hyperlink>
          </w:p>
        </w:tc>
        <w:tc>
          <w:tcPr>
            <w:tcW w:w="2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BB3D95B" w14:textId="77777777" w:rsidR="00557B42" w:rsidRPr="00E11614" w:rsidRDefault="00557B42" w:rsidP="00444732">
            <w:pPr>
              <w:spacing w:after="0" w:line="240" w:lineRule="auto"/>
              <w:rPr>
                <w:sz w:val="20"/>
                <w:szCs w:val="20"/>
              </w:rPr>
            </w:pPr>
            <w:hyperlink r:id="rId16" w:history="1">
              <w:r w:rsidRPr="009A4ADF">
                <w:rPr>
                  <w:rStyle w:val="Hyperlink"/>
                  <w:sz w:val="20"/>
                  <w:szCs w:val="20"/>
                </w:rPr>
                <w:t>lisette@stozeeland.nl</w:t>
              </w:r>
            </w:hyperlink>
          </w:p>
        </w:tc>
        <w:tc>
          <w:tcPr>
            <w:tcW w:w="2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DA6338D" w14:textId="77777777" w:rsidR="00557B42" w:rsidRPr="00E11614" w:rsidRDefault="00557B42" w:rsidP="00444732">
            <w:pPr>
              <w:spacing w:after="0" w:line="240" w:lineRule="auto"/>
              <w:rPr>
                <w:sz w:val="20"/>
                <w:szCs w:val="20"/>
              </w:rPr>
            </w:pPr>
            <w:hyperlink r:id="rId17" w:history="1">
              <w:r w:rsidRPr="009A4ADF">
                <w:rPr>
                  <w:rStyle w:val="Hyperlink"/>
                  <w:sz w:val="20"/>
                  <w:szCs w:val="20"/>
                </w:rPr>
                <w:t>jos@stozeeland.nl</w:t>
              </w:r>
            </w:hyperlink>
          </w:p>
        </w:tc>
        <w:tc>
          <w:tcPr>
            <w:tcW w:w="2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C14961B" w14:textId="77777777" w:rsidR="00557B42" w:rsidRPr="00E11614" w:rsidRDefault="00557B42" w:rsidP="00444732">
            <w:pPr>
              <w:spacing w:after="0" w:line="240" w:lineRule="auto"/>
              <w:rPr>
                <w:sz w:val="20"/>
                <w:szCs w:val="20"/>
              </w:rPr>
            </w:pPr>
            <w:hyperlink r:id="rId18" w:history="1">
              <w:r w:rsidRPr="009A4ADF">
                <w:rPr>
                  <w:rStyle w:val="Hyperlink"/>
                  <w:sz w:val="20"/>
                  <w:szCs w:val="20"/>
                </w:rPr>
                <w:t>rudolf@stozeeland.nl</w:t>
              </w:r>
            </w:hyperlink>
          </w:p>
        </w:tc>
        <w:tc>
          <w:tcPr>
            <w:tcW w:w="2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CCF5EED" w14:textId="77777777" w:rsidR="00557B42" w:rsidRPr="00E11614" w:rsidRDefault="00557B42" w:rsidP="00444732">
            <w:pPr>
              <w:spacing w:after="0" w:line="240" w:lineRule="auto"/>
              <w:rPr>
                <w:sz w:val="20"/>
                <w:szCs w:val="20"/>
              </w:rPr>
            </w:pPr>
            <w:hyperlink r:id="rId19" w:history="1">
              <w:r w:rsidRPr="009A4ADF">
                <w:rPr>
                  <w:rStyle w:val="Hyperlink"/>
                  <w:sz w:val="20"/>
                  <w:szCs w:val="20"/>
                </w:rPr>
                <w:t>pieter@stozeeland.nl</w:t>
              </w:r>
            </w:hyperlink>
          </w:p>
        </w:tc>
      </w:tr>
    </w:tbl>
    <w:p w14:paraId="34C14919" w14:textId="5D1D673A" w:rsidR="00557B42" w:rsidRDefault="00557B42" w:rsidP="00557B42">
      <w:r w:rsidRPr="003774A4">
        <w:rPr>
          <w:noProof/>
          <w:color w:val="000000"/>
          <w:sz w:val="50"/>
        </w:rPr>
        <w:drawing>
          <wp:anchor distT="0" distB="0" distL="114300" distR="114300" simplePos="0" relativeHeight="251658247" behindDoc="1" locked="0" layoutInCell="1" allowOverlap="1" wp14:anchorId="26285B35" wp14:editId="6A240B0D">
            <wp:simplePos x="0" y="0"/>
            <wp:positionH relativeFrom="margin">
              <wp:align>center</wp:align>
            </wp:positionH>
            <wp:positionV relativeFrom="paragraph">
              <wp:posOffset>1167130</wp:posOffset>
            </wp:positionV>
            <wp:extent cx="822960" cy="822960"/>
            <wp:effectExtent l="0" t="0" r="0" b="0"/>
            <wp:wrapSquare wrapText="bothSides"/>
            <wp:docPr id="1920275770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275770" name="Afbeelding 1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43" behindDoc="1" locked="0" layoutInCell="1" allowOverlap="1" wp14:anchorId="761E2111" wp14:editId="12CE1DC0">
            <wp:simplePos x="0" y="0"/>
            <wp:positionH relativeFrom="column">
              <wp:posOffset>3611880</wp:posOffset>
            </wp:positionH>
            <wp:positionV relativeFrom="paragraph">
              <wp:posOffset>113030</wp:posOffset>
            </wp:positionV>
            <wp:extent cx="892175" cy="887730"/>
            <wp:effectExtent l="0" t="0" r="3175" b="7620"/>
            <wp:wrapNone/>
            <wp:docPr id="1721343692" name="Afbeelding 6" descr="Afbeelding met Menselijk gezicht, glimlach, persoon, kled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343692" name="Afbeelding 6" descr="Afbeelding met Menselijk gezicht, glimlach, persoon, kleding&#10;&#10;Door AI gegenereerde inhoud is mogelijk onjuist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92175" cy="887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15" behindDoc="1" locked="0" layoutInCell="1" allowOverlap="1" wp14:anchorId="5632A694" wp14:editId="085819D5">
            <wp:simplePos x="0" y="0"/>
            <wp:positionH relativeFrom="column">
              <wp:posOffset>8587740</wp:posOffset>
            </wp:positionH>
            <wp:positionV relativeFrom="paragraph">
              <wp:posOffset>130175</wp:posOffset>
            </wp:positionV>
            <wp:extent cx="870585" cy="870585"/>
            <wp:effectExtent l="0" t="0" r="5715" b="5715"/>
            <wp:wrapNone/>
            <wp:docPr id="1875883167" name="Afbeelding 9" descr="Afbeelding met persoon, glimlach, Menselijk gezicht, kled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883167" name="Afbeelding 9" descr="Afbeelding met persoon, glimlach, Menselijk gezicht, kleding&#10;&#10;Door AI gegenereerde inhoud is mogelijk onjuis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70585" cy="870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91" behindDoc="1" locked="0" layoutInCell="1" allowOverlap="1" wp14:anchorId="16DAE5BE" wp14:editId="36E3B401">
            <wp:simplePos x="0" y="0"/>
            <wp:positionH relativeFrom="column">
              <wp:posOffset>6997700</wp:posOffset>
            </wp:positionH>
            <wp:positionV relativeFrom="paragraph">
              <wp:posOffset>117475</wp:posOffset>
            </wp:positionV>
            <wp:extent cx="887095" cy="883920"/>
            <wp:effectExtent l="0" t="0" r="8255" b="0"/>
            <wp:wrapNone/>
            <wp:docPr id="789352352" name="Afbeelding 8" descr="Afbeelding met kleding, persoon, Menselijk gezicht, to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352352" name="Afbeelding 8" descr="Afbeelding met kleding, persoon, Menselijk gezicht, top&#10;&#10;Door AI gegenereerde inhoud is mogelijk onjuis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8709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7" behindDoc="1" locked="0" layoutInCell="1" allowOverlap="1" wp14:anchorId="7D694AB8" wp14:editId="587D69F8">
            <wp:simplePos x="0" y="0"/>
            <wp:positionH relativeFrom="column">
              <wp:posOffset>5343525</wp:posOffset>
            </wp:positionH>
            <wp:positionV relativeFrom="paragraph">
              <wp:posOffset>113665</wp:posOffset>
            </wp:positionV>
            <wp:extent cx="881380" cy="881380"/>
            <wp:effectExtent l="0" t="0" r="0" b="0"/>
            <wp:wrapNone/>
            <wp:docPr id="247484175" name="Afbeelding 7" descr="Afbeelding met kleding, Menselijk gezicht, persoon, glimlach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484175" name="Afbeelding 7" descr="Afbeelding met kleding, Menselijk gezicht, persoon, glimlach&#10;&#10;Door AI gegenereerde inhoud is mogelijk onjuist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81380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9" behindDoc="1" locked="0" layoutInCell="1" allowOverlap="1" wp14:anchorId="69834CBD" wp14:editId="5E57469A">
            <wp:simplePos x="0" y="0"/>
            <wp:positionH relativeFrom="column">
              <wp:posOffset>2012315</wp:posOffset>
            </wp:positionH>
            <wp:positionV relativeFrom="paragraph">
              <wp:posOffset>113665</wp:posOffset>
            </wp:positionV>
            <wp:extent cx="890270" cy="887730"/>
            <wp:effectExtent l="0" t="0" r="5080" b="7620"/>
            <wp:wrapNone/>
            <wp:docPr id="1243324597" name="Afbeelding 5" descr="Afbeelding met Menselijk gezicht, glimlach, persoon, kled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324597" name="Afbeelding 5" descr="Afbeelding met Menselijk gezicht, glimlach, persoon, kleding&#10;&#10;Door AI gegenereerde inhoud is mogelijk onjuist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90270" cy="887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95" behindDoc="1" locked="0" layoutInCell="1" allowOverlap="1" wp14:anchorId="1613CB85" wp14:editId="553C7748">
            <wp:simplePos x="0" y="0"/>
            <wp:positionH relativeFrom="margin">
              <wp:posOffset>299720</wp:posOffset>
            </wp:positionH>
            <wp:positionV relativeFrom="paragraph">
              <wp:posOffset>116205</wp:posOffset>
            </wp:positionV>
            <wp:extent cx="922655" cy="885825"/>
            <wp:effectExtent l="0" t="0" r="0" b="9525"/>
            <wp:wrapNone/>
            <wp:docPr id="1423231267" name="Afbeelding 4" descr="Afbeelding met Menselijk gezicht, persoon, glimlach, wenkbrauw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231267" name="Afbeelding 4" descr="Afbeelding met Menselijk gezicht, persoon, glimlach, wenkbrauw&#10;&#10;Door AI gegenereerde inhoud is mogelijk onjuist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2265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57B42" w:rsidSect="00034616">
      <w:headerReference w:type="default" r:id="rId26"/>
      <w:footerReference w:type="default" r:id="rId27"/>
      <w:pgSz w:w="16838" w:h="11906" w:orient="landscape"/>
      <w:pgMar w:top="510" w:right="567" w:bottom="39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C6B12" w14:textId="77777777" w:rsidR="00E56571" w:rsidRPr="003774A4" w:rsidRDefault="00E56571">
      <w:pPr>
        <w:spacing w:after="0" w:line="240" w:lineRule="auto"/>
      </w:pPr>
      <w:r w:rsidRPr="003774A4">
        <w:separator/>
      </w:r>
    </w:p>
  </w:endnote>
  <w:endnote w:type="continuationSeparator" w:id="0">
    <w:p w14:paraId="313F4788" w14:textId="77777777" w:rsidR="00E56571" w:rsidRPr="003774A4" w:rsidRDefault="00E56571">
      <w:pPr>
        <w:spacing w:after="0" w:line="240" w:lineRule="auto"/>
      </w:pPr>
      <w:r w:rsidRPr="003774A4">
        <w:continuationSeparator/>
      </w:r>
    </w:p>
  </w:endnote>
  <w:endnote w:type="continuationNotice" w:id="1">
    <w:p w14:paraId="3D7DADA8" w14:textId="77777777" w:rsidR="00E56571" w:rsidRPr="003774A4" w:rsidRDefault="00E565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20B89" w14:textId="77777777" w:rsidR="00893F1A" w:rsidRPr="003774A4" w:rsidRDefault="008B1837">
    <w:pPr>
      <w:pStyle w:val="Voettekst"/>
      <w:jc w:val="center"/>
    </w:pPr>
    <w:r w:rsidRPr="003774A4">
      <w:rPr>
        <w:color w:val="777777"/>
        <w:sz w:val="13"/>
      </w:rPr>
      <w:t xml:space="preserve">Invulformulier doe-activiteit </w:t>
    </w:r>
    <w:proofErr w:type="spellStart"/>
    <w:r w:rsidRPr="003774A4">
      <w:rPr>
        <w:color w:val="777777"/>
        <w:sz w:val="13"/>
      </w:rPr>
      <w:t>TechXplore</w:t>
    </w:r>
    <w:proofErr w:type="spellEnd"/>
    <w:r w:rsidRPr="003774A4">
      <w:rPr>
        <w:color w:val="777777"/>
        <w:sz w:val="13"/>
      </w:rPr>
      <w:t xml:space="preserve"> | Sterk Techniekonderwijs Zeeland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320B9" w14:textId="77777777" w:rsidR="00E56571" w:rsidRPr="003774A4" w:rsidRDefault="00E56571">
      <w:pPr>
        <w:spacing w:after="0" w:line="240" w:lineRule="auto"/>
      </w:pPr>
      <w:r w:rsidRPr="003774A4">
        <w:separator/>
      </w:r>
    </w:p>
  </w:footnote>
  <w:footnote w:type="continuationSeparator" w:id="0">
    <w:p w14:paraId="731ADF99" w14:textId="77777777" w:rsidR="00E56571" w:rsidRPr="003774A4" w:rsidRDefault="00E56571">
      <w:pPr>
        <w:spacing w:after="0" w:line="240" w:lineRule="auto"/>
      </w:pPr>
      <w:r w:rsidRPr="003774A4">
        <w:continuationSeparator/>
      </w:r>
    </w:p>
  </w:footnote>
  <w:footnote w:type="continuationNotice" w:id="1">
    <w:p w14:paraId="611FC36D" w14:textId="77777777" w:rsidR="00E56571" w:rsidRPr="003774A4" w:rsidRDefault="00E5657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F6FFD" w14:textId="6445C06B" w:rsidR="00893F1A" w:rsidRPr="003774A4" w:rsidRDefault="00043743" w:rsidP="003369B5">
    <w:pPr>
      <w:pStyle w:val="Koptekst"/>
    </w:pPr>
    <w:r w:rsidRPr="003774A4">
      <w:rPr>
        <w:noProof/>
      </w:rPr>
      <w:drawing>
        <wp:anchor distT="0" distB="0" distL="114300" distR="114300" simplePos="0" relativeHeight="251658240" behindDoc="0" locked="0" layoutInCell="1" allowOverlap="1" wp14:anchorId="7B73DBAA" wp14:editId="1D1BD2E1">
          <wp:simplePos x="0" y="0"/>
          <wp:positionH relativeFrom="margin">
            <wp:align>right</wp:align>
          </wp:positionH>
          <wp:positionV relativeFrom="paragraph">
            <wp:posOffset>-134620</wp:posOffset>
          </wp:positionV>
          <wp:extent cx="2160000" cy="439200"/>
          <wp:effectExtent l="0" t="0" r="0" b="0"/>
          <wp:wrapNone/>
          <wp:docPr id="38519754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5197541" name="Afbeelding 38519754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0000" cy="43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1717C3"/>
    <w:multiLevelType w:val="multilevel"/>
    <w:tmpl w:val="8BF6C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CC76A5"/>
    <w:multiLevelType w:val="hybridMultilevel"/>
    <w:tmpl w:val="0C58DCEC"/>
    <w:lvl w:ilvl="0" w:tplc="977A8D3E">
      <w:numFmt w:val="bullet"/>
      <w:lvlText w:val=""/>
      <w:lvlJc w:val="left"/>
      <w:pPr>
        <w:ind w:left="720" w:hanging="360"/>
      </w:pPr>
      <w:rPr>
        <w:rFonts w:ascii="Symbol" w:eastAsia="Arial" w:hAnsi="Symbol" w:cstheme="minorBidi" w:hint="default"/>
        <w:color w:val="2222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245006">
    <w:abstractNumId w:val="8"/>
  </w:num>
  <w:num w:numId="2" w16cid:durableId="978344107">
    <w:abstractNumId w:val="6"/>
  </w:num>
  <w:num w:numId="3" w16cid:durableId="1071000671">
    <w:abstractNumId w:val="5"/>
  </w:num>
  <w:num w:numId="4" w16cid:durableId="1754351698">
    <w:abstractNumId w:val="4"/>
  </w:num>
  <w:num w:numId="5" w16cid:durableId="581112494">
    <w:abstractNumId w:val="7"/>
  </w:num>
  <w:num w:numId="6" w16cid:durableId="316888287">
    <w:abstractNumId w:val="3"/>
  </w:num>
  <w:num w:numId="7" w16cid:durableId="1715035516">
    <w:abstractNumId w:val="2"/>
  </w:num>
  <w:num w:numId="8" w16cid:durableId="1459562946">
    <w:abstractNumId w:val="1"/>
  </w:num>
  <w:num w:numId="9" w16cid:durableId="900948701">
    <w:abstractNumId w:val="0"/>
  </w:num>
  <w:num w:numId="10" w16cid:durableId="759594865">
    <w:abstractNumId w:val="9"/>
  </w:num>
  <w:num w:numId="11" w16cid:durableId="20056198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8E4"/>
    <w:rsid w:val="000031DA"/>
    <w:rsid w:val="00003F05"/>
    <w:rsid w:val="0001049E"/>
    <w:rsid w:val="00016716"/>
    <w:rsid w:val="000214B8"/>
    <w:rsid w:val="00025E00"/>
    <w:rsid w:val="00026E3F"/>
    <w:rsid w:val="00027F99"/>
    <w:rsid w:val="00034616"/>
    <w:rsid w:val="00043743"/>
    <w:rsid w:val="00046F2C"/>
    <w:rsid w:val="000478A4"/>
    <w:rsid w:val="00050034"/>
    <w:rsid w:val="000500DD"/>
    <w:rsid w:val="0005174E"/>
    <w:rsid w:val="00056F21"/>
    <w:rsid w:val="0006063C"/>
    <w:rsid w:val="0006575D"/>
    <w:rsid w:val="00075B44"/>
    <w:rsid w:val="00085722"/>
    <w:rsid w:val="0009379D"/>
    <w:rsid w:val="000A43C6"/>
    <w:rsid w:val="000A51A8"/>
    <w:rsid w:val="000A6CA3"/>
    <w:rsid w:val="000B30B3"/>
    <w:rsid w:val="000B3447"/>
    <w:rsid w:val="000B425E"/>
    <w:rsid w:val="000C1BBE"/>
    <w:rsid w:val="000C3372"/>
    <w:rsid w:val="000C423A"/>
    <w:rsid w:val="000D208B"/>
    <w:rsid w:val="000D6946"/>
    <w:rsid w:val="000D791B"/>
    <w:rsid w:val="000E1228"/>
    <w:rsid w:val="000E67E0"/>
    <w:rsid w:val="000F1785"/>
    <w:rsid w:val="0011329A"/>
    <w:rsid w:val="00123CC4"/>
    <w:rsid w:val="00124CB7"/>
    <w:rsid w:val="001260C1"/>
    <w:rsid w:val="00127C92"/>
    <w:rsid w:val="00131236"/>
    <w:rsid w:val="00136732"/>
    <w:rsid w:val="00136FBF"/>
    <w:rsid w:val="0014187B"/>
    <w:rsid w:val="0015074B"/>
    <w:rsid w:val="001532BF"/>
    <w:rsid w:val="00160597"/>
    <w:rsid w:val="00163B61"/>
    <w:rsid w:val="00164D7B"/>
    <w:rsid w:val="00165600"/>
    <w:rsid w:val="00166788"/>
    <w:rsid w:val="00176F26"/>
    <w:rsid w:val="00177E54"/>
    <w:rsid w:val="001816EF"/>
    <w:rsid w:val="001861BB"/>
    <w:rsid w:val="00196F07"/>
    <w:rsid w:val="001A3C9F"/>
    <w:rsid w:val="001A43E3"/>
    <w:rsid w:val="001A4804"/>
    <w:rsid w:val="001B20CE"/>
    <w:rsid w:val="001B233D"/>
    <w:rsid w:val="001B702C"/>
    <w:rsid w:val="001B7AFF"/>
    <w:rsid w:val="001D01D9"/>
    <w:rsid w:val="001D1840"/>
    <w:rsid w:val="001D4750"/>
    <w:rsid w:val="001E05BD"/>
    <w:rsid w:val="001E0867"/>
    <w:rsid w:val="001E601D"/>
    <w:rsid w:val="001E79B8"/>
    <w:rsid w:val="001E7AB1"/>
    <w:rsid w:val="001F0FF0"/>
    <w:rsid w:val="001F11C1"/>
    <w:rsid w:val="001F51AD"/>
    <w:rsid w:val="001F530E"/>
    <w:rsid w:val="001F54B9"/>
    <w:rsid w:val="001F56D6"/>
    <w:rsid w:val="001F61A8"/>
    <w:rsid w:val="00201E4E"/>
    <w:rsid w:val="00203584"/>
    <w:rsid w:val="00216DC7"/>
    <w:rsid w:val="00223C29"/>
    <w:rsid w:val="00227719"/>
    <w:rsid w:val="00235AE7"/>
    <w:rsid w:val="00243655"/>
    <w:rsid w:val="00243715"/>
    <w:rsid w:val="00263998"/>
    <w:rsid w:val="00264BCB"/>
    <w:rsid w:val="00275AB4"/>
    <w:rsid w:val="00277BF4"/>
    <w:rsid w:val="00282DBE"/>
    <w:rsid w:val="0029639D"/>
    <w:rsid w:val="002A254C"/>
    <w:rsid w:val="002A58C2"/>
    <w:rsid w:val="002A5B18"/>
    <w:rsid w:val="002B00AD"/>
    <w:rsid w:val="002B39DC"/>
    <w:rsid w:val="002C0439"/>
    <w:rsid w:val="002E3F2C"/>
    <w:rsid w:val="002F1945"/>
    <w:rsid w:val="003023B3"/>
    <w:rsid w:val="00326F90"/>
    <w:rsid w:val="003369B5"/>
    <w:rsid w:val="00337C19"/>
    <w:rsid w:val="00342790"/>
    <w:rsid w:val="00345183"/>
    <w:rsid w:val="003456BD"/>
    <w:rsid w:val="00345A6F"/>
    <w:rsid w:val="00361474"/>
    <w:rsid w:val="00372A78"/>
    <w:rsid w:val="003774A4"/>
    <w:rsid w:val="0038115C"/>
    <w:rsid w:val="0038168D"/>
    <w:rsid w:val="00384265"/>
    <w:rsid w:val="003856CC"/>
    <w:rsid w:val="00386EB5"/>
    <w:rsid w:val="003953DA"/>
    <w:rsid w:val="00395888"/>
    <w:rsid w:val="00396E21"/>
    <w:rsid w:val="00397D8F"/>
    <w:rsid w:val="003A0BD5"/>
    <w:rsid w:val="003A59F3"/>
    <w:rsid w:val="003A5FA9"/>
    <w:rsid w:val="003A6C75"/>
    <w:rsid w:val="003B1600"/>
    <w:rsid w:val="003B1DA8"/>
    <w:rsid w:val="003B3603"/>
    <w:rsid w:val="003B54F5"/>
    <w:rsid w:val="003D2036"/>
    <w:rsid w:val="003E1955"/>
    <w:rsid w:val="003F1736"/>
    <w:rsid w:val="003F3774"/>
    <w:rsid w:val="003F45AC"/>
    <w:rsid w:val="00400B71"/>
    <w:rsid w:val="00401996"/>
    <w:rsid w:val="004024A5"/>
    <w:rsid w:val="004115C0"/>
    <w:rsid w:val="00412A7E"/>
    <w:rsid w:val="00412E9D"/>
    <w:rsid w:val="0041462B"/>
    <w:rsid w:val="00414843"/>
    <w:rsid w:val="00427238"/>
    <w:rsid w:val="00427A99"/>
    <w:rsid w:val="00452AFA"/>
    <w:rsid w:val="00454C16"/>
    <w:rsid w:val="004644A3"/>
    <w:rsid w:val="0046479C"/>
    <w:rsid w:val="0046639E"/>
    <w:rsid w:val="00466DD2"/>
    <w:rsid w:val="00477405"/>
    <w:rsid w:val="00487CC9"/>
    <w:rsid w:val="00491EEC"/>
    <w:rsid w:val="004940BB"/>
    <w:rsid w:val="00495276"/>
    <w:rsid w:val="004A0C02"/>
    <w:rsid w:val="004B79C7"/>
    <w:rsid w:val="004C1D00"/>
    <w:rsid w:val="004C6389"/>
    <w:rsid w:val="004C68B8"/>
    <w:rsid w:val="004D62CD"/>
    <w:rsid w:val="004D6651"/>
    <w:rsid w:val="004D7317"/>
    <w:rsid w:val="004E370D"/>
    <w:rsid w:val="004E6FA0"/>
    <w:rsid w:val="004F1928"/>
    <w:rsid w:val="005018BE"/>
    <w:rsid w:val="005138B6"/>
    <w:rsid w:val="005166D2"/>
    <w:rsid w:val="00517850"/>
    <w:rsid w:val="0053316C"/>
    <w:rsid w:val="00534C4A"/>
    <w:rsid w:val="00537B5F"/>
    <w:rsid w:val="00545E9E"/>
    <w:rsid w:val="00547A95"/>
    <w:rsid w:val="00552604"/>
    <w:rsid w:val="00553C7A"/>
    <w:rsid w:val="005559F2"/>
    <w:rsid w:val="005577AF"/>
    <w:rsid w:val="00557929"/>
    <w:rsid w:val="00557B42"/>
    <w:rsid w:val="005620FD"/>
    <w:rsid w:val="00564A97"/>
    <w:rsid w:val="005730AC"/>
    <w:rsid w:val="00581ECB"/>
    <w:rsid w:val="00585ECF"/>
    <w:rsid w:val="005864D3"/>
    <w:rsid w:val="00587347"/>
    <w:rsid w:val="005968A2"/>
    <w:rsid w:val="005A2681"/>
    <w:rsid w:val="005A371F"/>
    <w:rsid w:val="005A7E98"/>
    <w:rsid w:val="005B34F7"/>
    <w:rsid w:val="005B3BF0"/>
    <w:rsid w:val="005B600B"/>
    <w:rsid w:val="005B6B8E"/>
    <w:rsid w:val="005C0BF9"/>
    <w:rsid w:val="005C32F4"/>
    <w:rsid w:val="005D0D9F"/>
    <w:rsid w:val="005E2690"/>
    <w:rsid w:val="005E4023"/>
    <w:rsid w:val="005F2918"/>
    <w:rsid w:val="005F5AD2"/>
    <w:rsid w:val="00603A57"/>
    <w:rsid w:val="006057D1"/>
    <w:rsid w:val="00611831"/>
    <w:rsid w:val="00612459"/>
    <w:rsid w:val="0061789B"/>
    <w:rsid w:val="00621B10"/>
    <w:rsid w:val="00621CAB"/>
    <w:rsid w:val="0062726B"/>
    <w:rsid w:val="00631D06"/>
    <w:rsid w:val="006350FC"/>
    <w:rsid w:val="00642118"/>
    <w:rsid w:val="00642C43"/>
    <w:rsid w:val="00645449"/>
    <w:rsid w:val="00646A3E"/>
    <w:rsid w:val="006476C8"/>
    <w:rsid w:val="006539EA"/>
    <w:rsid w:val="00654430"/>
    <w:rsid w:val="006557E1"/>
    <w:rsid w:val="006648C3"/>
    <w:rsid w:val="00675879"/>
    <w:rsid w:val="006764A3"/>
    <w:rsid w:val="00676C78"/>
    <w:rsid w:val="00684C66"/>
    <w:rsid w:val="00692F95"/>
    <w:rsid w:val="0069496E"/>
    <w:rsid w:val="00695BE9"/>
    <w:rsid w:val="006A18D3"/>
    <w:rsid w:val="006A5DEC"/>
    <w:rsid w:val="006B1C4A"/>
    <w:rsid w:val="006B6856"/>
    <w:rsid w:val="006B6D70"/>
    <w:rsid w:val="006C10FF"/>
    <w:rsid w:val="006C11D7"/>
    <w:rsid w:val="006D3B23"/>
    <w:rsid w:val="006E12BF"/>
    <w:rsid w:val="006E1A70"/>
    <w:rsid w:val="006E6297"/>
    <w:rsid w:val="006F24E3"/>
    <w:rsid w:val="006F2B3E"/>
    <w:rsid w:val="006F3E31"/>
    <w:rsid w:val="00700EC5"/>
    <w:rsid w:val="00707570"/>
    <w:rsid w:val="00716B06"/>
    <w:rsid w:val="0072079B"/>
    <w:rsid w:val="00731C66"/>
    <w:rsid w:val="007334B1"/>
    <w:rsid w:val="00733BD1"/>
    <w:rsid w:val="007344CE"/>
    <w:rsid w:val="00740B1F"/>
    <w:rsid w:val="0074604E"/>
    <w:rsid w:val="007543FD"/>
    <w:rsid w:val="00754B5E"/>
    <w:rsid w:val="00755FEE"/>
    <w:rsid w:val="00761D70"/>
    <w:rsid w:val="00762054"/>
    <w:rsid w:val="007663D1"/>
    <w:rsid w:val="00767A67"/>
    <w:rsid w:val="00777785"/>
    <w:rsid w:val="0078227F"/>
    <w:rsid w:val="00791B03"/>
    <w:rsid w:val="007A1355"/>
    <w:rsid w:val="007A7091"/>
    <w:rsid w:val="007C0139"/>
    <w:rsid w:val="007D4371"/>
    <w:rsid w:val="007D4EF4"/>
    <w:rsid w:val="007E6975"/>
    <w:rsid w:val="007F3B03"/>
    <w:rsid w:val="007F3B85"/>
    <w:rsid w:val="007F597D"/>
    <w:rsid w:val="008002DD"/>
    <w:rsid w:val="008071CB"/>
    <w:rsid w:val="00817492"/>
    <w:rsid w:val="0082506E"/>
    <w:rsid w:val="00825B95"/>
    <w:rsid w:val="00826F4B"/>
    <w:rsid w:val="00834FB7"/>
    <w:rsid w:val="00836E21"/>
    <w:rsid w:val="00842803"/>
    <w:rsid w:val="0084290D"/>
    <w:rsid w:val="008434D1"/>
    <w:rsid w:val="00845CF1"/>
    <w:rsid w:val="00846A04"/>
    <w:rsid w:val="0084745F"/>
    <w:rsid w:val="00857842"/>
    <w:rsid w:val="00857B59"/>
    <w:rsid w:val="00861138"/>
    <w:rsid w:val="00881BF8"/>
    <w:rsid w:val="00885449"/>
    <w:rsid w:val="008921A2"/>
    <w:rsid w:val="00892731"/>
    <w:rsid w:val="00893F1A"/>
    <w:rsid w:val="008A651C"/>
    <w:rsid w:val="008A6A86"/>
    <w:rsid w:val="008A7139"/>
    <w:rsid w:val="008B046F"/>
    <w:rsid w:val="008B1837"/>
    <w:rsid w:val="008B436E"/>
    <w:rsid w:val="008B4ADF"/>
    <w:rsid w:val="008B6BC1"/>
    <w:rsid w:val="008D3A58"/>
    <w:rsid w:val="008D5458"/>
    <w:rsid w:val="008E752D"/>
    <w:rsid w:val="009006E8"/>
    <w:rsid w:val="009039A7"/>
    <w:rsid w:val="009119AB"/>
    <w:rsid w:val="009145A7"/>
    <w:rsid w:val="00915A5E"/>
    <w:rsid w:val="00920636"/>
    <w:rsid w:val="00924E7D"/>
    <w:rsid w:val="00931866"/>
    <w:rsid w:val="00933714"/>
    <w:rsid w:val="00933F98"/>
    <w:rsid w:val="00934C4E"/>
    <w:rsid w:val="009376CC"/>
    <w:rsid w:val="00937B87"/>
    <w:rsid w:val="0094055F"/>
    <w:rsid w:val="00942C11"/>
    <w:rsid w:val="00944D54"/>
    <w:rsid w:val="00950FEB"/>
    <w:rsid w:val="009549E1"/>
    <w:rsid w:val="00956551"/>
    <w:rsid w:val="00961114"/>
    <w:rsid w:val="00963B9D"/>
    <w:rsid w:val="009645E9"/>
    <w:rsid w:val="00970D93"/>
    <w:rsid w:val="00981950"/>
    <w:rsid w:val="00987317"/>
    <w:rsid w:val="009922B1"/>
    <w:rsid w:val="009945B7"/>
    <w:rsid w:val="00995F3F"/>
    <w:rsid w:val="00997167"/>
    <w:rsid w:val="009A0B7D"/>
    <w:rsid w:val="009A3652"/>
    <w:rsid w:val="009A4ADF"/>
    <w:rsid w:val="009B661F"/>
    <w:rsid w:val="009C02E4"/>
    <w:rsid w:val="009C11C1"/>
    <w:rsid w:val="009C13A8"/>
    <w:rsid w:val="009C2DE0"/>
    <w:rsid w:val="009C474E"/>
    <w:rsid w:val="009D019A"/>
    <w:rsid w:val="009D5038"/>
    <w:rsid w:val="009E26EE"/>
    <w:rsid w:val="009E2A7B"/>
    <w:rsid w:val="009F1B7D"/>
    <w:rsid w:val="009F48FB"/>
    <w:rsid w:val="009F70FE"/>
    <w:rsid w:val="009F7DE2"/>
    <w:rsid w:val="00A01816"/>
    <w:rsid w:val="00A02AE0"/>
    <w:rsid w:val="00A03324"/>
    <w:rsid w:val="00A0384D"/>
    <w:rsid w:val="00A13994"/>
    <w:rsid w:val="00A2394B"/>
    <w:rsid w:val="00A2555C"/>
    <w:rsid w:val="00A33DD6"/>
    <w:rsid w:val="00A37379"/>
    <w:rsid w:val="00A37AE3"/>
    <w:rsid w:val="00A44A68"/>
    <w:rsid w:val="00A46AB3"/>
    <w:rsid w:val="00A50DB1"/>
    <w:rsid w:val="00A55644"/>
    <w:rsid w:val="00A74134"/>
    <w:rsid w:val="00A80A92"/>
    <w:rsid w:val="00A810D6"/>
    <w:rsid w:val="00A813DF"/>
    <w:rsid w:val="00A822A1"/>
    <w:rsid w:val="00A82CB8"/>
    <w:rsid w:val="00A941D3"/>
    <w:rsid w:val="00A95566"/>
    <w:rsid w:val="00AA1D8D"/>
    <w:rsid w:val="00AA7665"/>
    <w:rsid w:val="00AB0705"/>
    <w:rsid w:val="00AB41FA"/>
    <w:rsid w:val="00AB4B44"/>
    <w:rsid w:val="00AB6217"/>
    <w:rsid w:val="00AC795C"/>
    <w:rsid w:val="00AC7A61"/>
    <w:rsid w:val="00AE05BD"/>
    <w:rsid w:val="00AE0F1F"/>
    <w:rsid w:val="00AE3062"/>
    <w:rsid w:val="00AE5CD2"/>
    <w:rsid w:val="00AF511E"/>
    <w:rsid w:val="00AF7C00"/>
    <w:rsid w:val="00B1060F"/>
    <w:rsid w:val="00B11659"/>
    <w:rsid w:val="00B13EF5"/>
    <w:rsid w:val="00B304F1"/>
    <w:rsid w:val="00B3164B"/>
    <w:rsid w:val="00B32680"/>
    <w:rsid w:val="00B35463"/>
    <w:rsid w:val="00B40E2F"/>
    <w:rsid w:val="00B412BF"/>
    <w:rsid w:val="00B47730"/>
    <w:rsid w:val="00B56020"/>
    <w:rsid w:val="00B60302"/>
    <w:rsid w:val="00B632D9"/>
    <w:rsid w:val="00B652E6"/>
    <w:rsid w:val="00B656CE"/>
    <w:rsid w:val="00B67852"/>
    <w:rsid w:val="00B70FC8"/>
    <w:rsid w:val="00B838AA"/>
    <w:rsid w:val="00B87083"/>
    <w:rsid w:val="00BB04B3"/>
    <w:rsid w:val="00BB253A"/>
    <w:rsid w:val="00BB48A5"/>
    <w:rsid w:val="00BC0782"/>
    <w:rsid w:val="00BC6BEA"/>
    <w:rsid w:val="00BD2AAB"/>
    <w:rsid w:val="00BD3F11"/>
    <w:rsid w:val="00BD6AFD"/>
    <w:rsid w:val="00BE26BB"/>
    <w:rsid w:val="00BE4005"/>
    <w:rsid w:val="00BE4294"/>
    <w:rsid w:val="00BE5048"/>
    <w:rsid w:val="00BE58CC"/>
    <w:rsid w:val="00BE5B25"/>
    <w:rsid w:val="00BF64F4"/>
    <w:rsid w:val="00BF715B"/>
    <w:rsid w:val="00C0184E"/>
    <w:rsid w:val="00C2360E"/>
    <w:rsid w:val="00C24498"/>
    <w:rsid w:val="00C25C1B"/>
    <w:rsid w:val="00C30FD0"/>
    <w:rsid w:val="00C3289F"/>
    <w:rsid w:val="00C4002D"/>
    <w:rsid w:val="00C40EAF"/>
    <w:rsid w:val="00C419D4"/>
    <w:rsid w:val="00C43177"/>
    <w:rsid w:val="00C55957"/>
    <w:rsid w:val="00C60504"/>
    <w:rsid w:val="00C611B1"/>
    <w:rsid w:val="00C6218E"/>
    <w:rsid w:val="00C732DD"/>
    <w:rsid w:val="00C73881"/>
    <w:rsid w:val="00C738E1"/>
    <w:rsid w:val="00C76195"/>
    <w:rsid w:val="00C86260"/>
    <w:rsid w:val="00C90E21"/>
    <w:rsid w:val="00C91606"/>
    <w:rsid w:val="00C930D2"/>
    <w:rsid w:val="00CA0E3F"/>
    <w:rsid w:val="00CA1819"/>
    <w:rsid w:val="00CA3669"/>
    <w:rsid w:val="00CB0664"/>
    <w:rsid w:val="00CB5D1C"/>
    <w:rsid w:val="00CC0791"/>
    <w:rsid w:val="00CC08FE"/>
    <w:rsid w:val="00CC2F67"/>
    <w:rsid w:val="00CC486D"/>
    <w:rsid w:val="00CC7769"/>
    <w:rsid w:val="00CD1C97"/>
    <w:rsid w:val="00CE1E46"/>
    <w:rsid w:val="00CE57AE"/>
    <w:rsid w:val="00CE5C0B"/>
    <w:rsid w:val="00CF2C39"/>
    <w:rsid w:val="00CF49B2"/>
    <w:rsid w:val="00CF6B97"/>
    <w:rsid w:val="00D003CB"/>
    <w:rsid w:val="00D00E7E"/>
    <w:rsid w:val="00D0102B"/>
    <w:rsid w:val="00D04479"/>
    <w:rsid w:val="00D045DF"/>
    <w:rsid w:val="00D1055D"/>
    <w:rsid w:val="00D13743"/>
    <w:rsid w:val="00D14CF1"/>
    <w:rsid w:val="00D24FDC"/>
    <w:rsid w:val="00D25FCB"/>
    <w:rsid w:val="00D265FA"/>
    <w:rsid w:val="00D32E99"/>
    <w:rsid w:val="00D3446C"/>
    <w:rsid w:val="00D3701E"/>
    <w:rsid w:val="00D411A0"/>
    <w:rsid w:val="00D44899"/>
    <w:rsid w:val="00D467A6"/>
    <w:rsid w:val="00D549DE"/>
    <w:rsid w:val="00D83F5A"/>
    <w:rsid w:val="00D91102"/>
    <w:rsid w:val="00D92336"/>
    <w:rsid w:val="00DA1942"/>
    <w:rsid w:val="00DA34BB"/>
    <w:rsid w:val="00DA400E"/>
    <w:rsid w:val="00DB0F6C"/>
    <w:rsid w:val="00DB1069"/>
    <w:rsid w:val="00DB3241"/>
    <w:rsid w:val="00DB6292"/>
    <w:rsid w:val="00DC3CB2"/>
    <w:rsid w:val="00DC6D80"/>
    <w:rsid w:val="00DD1AEB"/>
    <w:rsid w:val="00DD4A97"/>
    <w:rsid w:val="00DD59DF"/>
    <w:rsid w:val="00DD663A"/>
    <w:rsid w:val="00DE0346"/>
    <w:rsid w:val="00DE55A3"/>
    <w:rsid w:val="00DE5D8C"/>
    <w:rsid w:val="00DF0375"/>
    <w:rsid w:val="00DF0E86"/>
    <w:rsid w:val="00E01D9F"/>
    <w:rsid w:val="00E03882"/>
    <w:rsid w:val="00E110F1"/>
    <w:rsid w:val="00E11614"/>
    <w:rsid w:val="00E36853"/>
    <w:rsid w:val="00E422D5"/>
    <w:rsid w:val="00E467DA"/>
    <w:rsid w:val="00E468C0"/>
    <w:rsid w:val="00E56571"/>
    <w:rsid w:val="00E61E99"/>
    <w:rsid w:val="00E65FA5"/>
    <w:rsid w:val="00E66C64"/>
    <w:rsid w:val="00E67389"/>
    <w:rsid w:val="00E76982"/>
    <w:rsid w:val="00E87C96"/>
    <w:rsid w:val="00E95706"/>
    <w:rsid w:val="00EA39A0"/>
    <w:rsid w:val="00EB6827"/>
    <w:rsid w:val="00EC0306"/>
    <w:rsid w:val="00EC546C"/>
    <w:rsid w:val="00EC5A6D"/>
    <w:rsid w:val="00EC5CB7"/>
    <w:rsid w:val="00EC7998"/>
    <w:rsid w:val="00ED0345"/>
    <w:rsid w:val="00ED08D9"/>
    <w:rsid w:val="00ED0BDF"/>
    <w:rsid w:val="00ED2A0E"/>
    <w:rsid w:val="00EF3DFB"/>
    <w:rsid w:val="00F02A48"/>
    <w:rsid w:val="00F05F64"/>
    <w:rsid w:val="00F10497"/>
    <w:rsid w:val="00F1456C"/>
    <w:rsid w:val="00F149B9"/>
    <w:rsid w:val="00F1797A"/>
    <w:rsid w:val="00F205D9"/>
    <w:rsid w:val="00F21968"/>
    <w:rsid w:val="00F4457F"/>
    <w:rsid w:val="00F47D51"/>
    <w:rsid w:val="00F536D8"/>
    <w:rsid w:val="00F55531"/>
    <w:rsid w:val="00F55CA2"/>
    <w:rsid w:val="00F63141"/>
    <w:rsid w:val="00F70DEC"/>
    <w:rsid w:val="00F7299A"/>
    <w:rsid w:val="00F8004F"/>
    <w:rsid w:val="00F82075"/>
    <w:rsid w:val="00F913DD"/>
    <w:rsid w:val="00F93F71"/>
    <w:rsid w:val="00F97467"/>
    <w:rsid w:val="00FA1EED"/>
    <w:rsid w:val="00FB1D4B"/>
    <w:rsid w:val="00FB3EE0"/>
    <w:rsid w:val="00FC4B0E"/>
    <w:rsid w:val="00FC5447"/>
    <w:rsid w:val="00FC693F"/>
    <w:rsid w:val="00FC6D9F"/>
    <w:rsid w:val="00FD0157"/>
    <w:rsid w:val="00FD4B41"/>
    <w:rsid w:val="00FD6F0E"/>
    <w:rsid w:val="00FE10CC"/>
    <w:rsid w:val="00FF551C"/>
    <w:rsid w:val="09A4869C"/>
    <w:rsid w:val="0AB160A5"/>
    <w:rsid w:val="10C471F7"/>
    <w:rsid w:val="10FD21ED"/>
    <w:rsid w:val="11E16C46"/>
    <w:rsid w:val="149745D3"/>
    <w:rsid w:val="19FCA78B"/>
    <w:rsid w:val="1B92E9D6"/>
    <w:rsid w:val="1EF437EC"/>
    <w:rsid w:val="25580CBC"/>
    <w:rsid w:val="25D662BA"/>
    <w:rsid w:val="2758811F"/>
    <w:rsid w:val="2F7B0B81"/>
    <w:rsid w:val="30095427"/>
    <w:rsid w:val="331415FC"/>
    <w:rsid w:val="38AE9425"/>
    <w:rsid w:val="3F10BE1B"/>
    <w:rsid w:val="3FBFDA3B"/>
    <w:rsid w:val="41166D76"/>
    <w:rsid w:val="48B91D6B"/>
    <w:rsid w:val="49ECD009"/>
    <w:rsid w:val="4A5AFA2C"/>
    <w:rsid w:val="500CC566"/>
    <w:rsid w:val="556DCC5B"/>
    <w:rsid w:val="5B193BB2"/>
    <w:rsid w:val="5CD31424"/>
    <w:rsid w:val="5EF8CE6E"/>
    <w:rsid w:val="5F67A2CA"/>
    <w:rsid w:val="632F07CD"/>
    <w:rsid w:val="6F694AF1"/>
    <w:rsid w:val="6FB4BA2B"/>
    <w:rsid w:val="732F629A"/>
    <w:rsid w:val="7C6007EF"/>
    <w:rsid w:val="7D69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59A92E"/>
  <w14:defaultImageDpi w14:val="300"/>
  <w15:docId w15:val="{A5D8F617-DC89-411A-B830-BEE6E4C7B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5644"/>
    <w:rPr>
      <w:rFonts w:ascii="Arial" w:eastAsia="Arial" w:hAnsi="Arial"/>
      <w:sz w:val="16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Standaardalinea-lettertype"/>
    <w:uiPriority w:val="99"/>
    <w:unhideWhenUsed/>
    <w:rsid w:val="009A4ADF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A4ADF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FF551C"/>
    <w:pPr>
      <w:spacing w:after="0" w:line="240" w:lineRule="auto"/>
    </w:pPr>
    <w:rPr>
      <w:rFonts w:ascii="Arial" w:eastAsia="Arial" w:hAnsi="Arial"/>
      <w:sz w:val="16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yperlink" Target="mailto:rudolf@stozeeland.nl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settings" Target="settings.xml"/><Relationship Id="rId12" Type="http://schemas.openxmlformats.org/officeDocument/2006/relationships/hyperlink" Target="http://www.youtube.com/watch?app=desktop&amp;v=O0Uk-Tf7Rh0" TargetMode="External"/><Relationship Id="rId17" Type="http://schemas.openxmlformats.org/officeDocument/2006/relationships/hyperlink" Target="mailto:jos@stozeeland.nl" TargetMode="External"/><Relationship Id="rId25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hyperlink" Target="mailto:lisette@stozeeland.nl" TargetMode="External"/><Relationship Id="rId20" Type="http://schemas.openxmlformats.org/officeDocument/2006/relationships/image" Target="media/image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7.png"/><Relationship Id="rId5" Type="http://schemas.openxmlformats.org/officeDocument/2006/relationships/numbering" Target="numbering.xml"/><Relationship Id="rId15" Type="http://schemas.openxmlformats.org/officeDocument/2006/relationships/hyperlink" Target="mailto:diewertje@stozeeland.nl" TargetMode="External"/><Relationship Id="rId23" Type="http://schemas.openxmlformats.org/officeDocument/2006/relationships/image" Target="media/image6.png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pieter@stozeeland.n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etra@stozeeland.nl" TargetMode="External"/><Relationship Id="rId22" Type="http://schemas.openxmlformats.org/officeDocument/2006/relationships/image" Target="media/image5.png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88C38511E8844DBDAE0837B72891FD" ma:contentTypeVersion="3" ma:contentTypeDescription="Een nieuw document maken." ma:contentTypeScope="" ma:versionID="da48c3a60e0fbc751cf346400cab69ce">
  <xsd:schema xmlns:xsd="http://www.w3.org/2001/XMLSchema" xmlns:xs="http://www.w3.org/2001/XMLSchema" xmlns:p="http://schemas.microsoft.com/office/2006/metadata/properties" xmlns:ns2="00019d11-2340-41ff-afbd-e9bea9db2a94" targetNamespace="http://schemas.microsoft.com/office/2006/metadata/properties" ma:root="true" ma:fieldsID="fefed7b40b803114e970bc368f9e1e8e" ns2:_="">
    <xsd:import namespace="00019d11-2340-41ff-afbd-e9bea9db2a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019d11-2340-41ff-afbd-e9bea9db2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754178-9030-414C-8041-CC937524EF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53CE5D8-2AB9-4366-B27E-D7C4791416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F7AB99-E274-474B-BAE2-3970382F53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019d11-2340-41ff-afbd-e9bea9db2a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1240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Invulformulier doe-activiteit TechXplore</vt:lpstr>
    </vt:vector>
  </TitlesOfParts>
  <Manager/>
  <Company/>
  <LinksUpToDate>false</LinksUpToDate>
  <CharactersWithSpaces>8047</CharactersWithSpaces>
  <SharedDoc>false</SharedDoc>
  <HyperlinkBase/>
  <HLinks>
    <vt:vector size="36" baseType="variant">
      <vt:variant>
        <vt:i4>5374064</vt:i4>
      </vt:variant>
      <vt:variant>
        <vt:i4>15</vt:i4>
      </vt:variant>
      <vt:variant>
        <vt:i4>0</vt:i4>
      </vt:variant>
      <vt:variant>
        <vt:i4>5</vt:i4>
      </vt:variant>
      <vt:variant>
        <vt:lpwstr>mailto:pieter@stozeeland.nl</vt:lpwstr>
      </vt:variant>
      <vt:variant>
        <vt:lpwstr/>
      </vt:variant>
      <vt:variant>
        <vt:i4>5767267</vt:i4>
      </vt:variant>
      <vt:variant>
        <vt:i4>12</vt:i4>
      </vt:variant>
      <vt:variant>
        <vt:i4>0</vt:i4>
      </vt:variant>
      <vt:variant>
        <vt:i4>5</vt:i4>
      </vt:variant>
      <vt:variant>
        <vt:lpwstr>mailto:rudolf@stozeeland.nl</vt:lpwstr>
      </vt:variant>
      <vt:variant>
        <vt:lpwstr/>
      </vt:variant>
      <vt:variant>
        <vt:i4>4325477</vt:i4>
      </vt:variant>
      <vt:variant>
        <vt:i4>9</vt:i4>
      </vt:variant>
      <vt:variant>
        <vt:i4>0</vt:i4>
      </vt:variant>
      <vt:variant>
        <vt:i4>5</vt:i4>
      </vt:variant>
      <vt:variant>
        <vt:lpwstr>mailto:jos@stozeeland.nl</vt:lpwstr>
      </vt:variant>
      <vt:variant>
        <vt:lpwstr/>
      </vt:variant>
      <vt:variant>
        <vt:i4>5570674</vt:i4>
      </vt:variant>
      <vt:variant>
        <vt:i4>6</vt:i4>
      </vt:variant>
      <vt:variant>
        <vt:i4>0</vt:i4>
      </vt:variant>
      <vt:variant>
        <vt:i4>5</vt:i4>
      </vt:variant>
      <vt:variant>
        <vt:lpwstr>mailto:lisette@stozeeland.nl</vt:lpwstr>
      </vt:variant>
      <vt:variant>
        <vt:lpwstr/>
      </vt:variant>
      <vt:variant>
        <vt:i4>3014668</vt:i4>
      </vt:variant>
      <vt:variant>
        <vt:i4>3</vt:i4>
      </vt:variant>
      <vt:variant>
        <vt:i4>0</vt:i4>
      </vt:variant>
      <vt:variant>
        <vt:i4>5</vt:i4>
      </vt:variant>
      <vt:variant>
        <vt:lpwstr>mailto:diewertje@stozeeland.nl</vt:lpwstr>
      </vt:variant>
      <vt:variant>
        <vt:lpwstr/>
      </vt:variant>
      <vt:variant>
        <vt:i4>4063261</vt:i4>
      </vt:variant>
      <vt:variant>
        <vt:i4>0</vt:i4>
      </vt:variant>
      <vt:variant>
        <vt:i4>0</vt:i4>
      </vt:variant>
      <vt:variant>
        <vt:i4>5</vt:i4>
      </vt:variant>
      <vt:variant>
        <vt:lpwstr>mailto:petra@stozeeland.nl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Invulformulier doe-activiteit TechXplore</dc:title>
  <dc:subject>Nieuw formulier bedrijven doe-activiteit juni 2026</dc:subject>
  <dc:creator>OpenAI</dc:creator>
  <cp:keywords/>
  <dc:description>generated by python-docx</dc:description>
  <cp:lastModifiedBy>Diewertje Dekker</cp:lastModifiedBy>
  <cp:revision>2</cp:revision>
  <dcterms:created xsi:type="dcterms:W3CDTF">2026-07-15T08:14:00Z</dcterms:created>
  <dcterms:modified xsi:type="dcterms:W3CDTF">2026-07-15T08:14:00Z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0x0101003988C38511E8844DBDAE0837B72891FD</vt:lpwstr>
  </property>
</Properties>
</file>